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48"/>
        <w:tblW w:w="9576" w:type="dxa"/>
        <w:tblLook w:val="04A0" w:firstRow="1" w:lastRow="0" w:firstColumn="1" w:lastColumn="0" w:noHBand="0" w:noVBand="1"/>
      </w:tblPr>
      <w:tblGrid>
        <w:gridCol w:w="1038"/>
        <w:gridCol w:w="1021"/>
        <w:gridCol w:w="1882"/>
        <w:gridCol w:w="1946"/>
        <w:gridCol w:w="3689"/>
      </w:tblGrid>
      <w:tr w:rsidR="00F2560A" w:rsidRPr="007149A4" w14:paraId="55A3B558" w14:textId="77777777" w:rsidTr="00F2560A">
        <w:trPr>
          <w:trHeight w:val="633"/>
        </w:trPr>
        <w:tc>
          <w:tcPr>
            <w:tcW w:w="2059" w:type="dxa"/>
            <w:gridSpan w:val="2"/>
          </w:tcPr>
          <w:p w14:paraId="61A806FA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  <w:r w:rsidRPr="007149A4">
              <w:rPr>
                <w:b/>
                <w:bCs/>
                <w:sz w:val="20"/>
                <w:szCs w:val="20"/>
              </w:rPr>
              <w:t>Name &amp; Surname:</w:t>
            </w:r>
          </w:p>
          <w:p w14:paraId="06209AE9" w14:textId="77777777" w:rsidR="00F2560A" w:rsidRPr="007149A4" w:rsidRDefault="00F2560A" w:rsidP="00F2560A">
            <w:pPr>
              <w:rPr>
                <w:b/>
                <w:bCs/>
              </w:rPr>
            </w:pPr>
            <w:r w:rsidRPr="007149A4">
              <w:rPr>
                <w:b/>
                <w:bCs/>
                <w:sz w:val="16"/>
                <w:szCs w:val="16"/>
              </w:rPr>
              <w:t>(PLEASE PRINT NAME)</w:t>
            </w:r>
          </w:p>
        </w:tc>
        <w:tc>
          <w:tcPr>
            <w:tcW w:w="7517" w:type="dxa"/>
            <w:gridSpan w:val="3"/>
          </w:tcPr>
          <w:p w14:paraId="2BE39A50" w14:textId="77777777" w:rsidR="00F2560A" w:rsidRPr="007149A4" w:rsidRDefault="00F2560A" w:rsidP="00F2560A">
            <w:pPr>
              <w:rPr>
                <w:b/>
                <w:bCs/>
                <w:sz w:val="16"/>
                <w:szCs w:val="16"/>
              </w:rPr>
            </w:pP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  <w:r w:rsidRPr="007149A4">
              <w:rPr>
                <w:b/>
                <w:bCs/>
                <w:sz w:val="16"/>
                <w:szCs w:val="16"/>
              </w:rPr>
              <w:tab/>
            </w:r>
          </w:p>
        </w:tc>
      </w:tr>
      <w:tr w:rsidR="00F2560A" w:rsidRPr="007149A4" w14:paraId="51494026" w14:textId="77777777" w:rsidTr="00F2560A">
        <w:trPr>
          <w:trHeight w:val="339"/>
        </w:trPr>
        <w:tc>
          <w:tcPr>
            <w:tcW w:w="1038" w:type="dxa"/>
          </w:tcPr>
          <w:p w14:paraId="0470D959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  <w:r w:rsidRPr="007149A4">
              <w:rPr>
                <w:b/>
                <w:bCs/>
                <w:sz w:val="20"/>
                <w:szCs w:val="20"/>
              </w:rPr>
              <w:t>Tel no:</w:t>
            </w:r>
          </w:p>
        </w:tc>
        <w:tc>
          <w:tcPr>
            <w:tcW w:w="2903" w:type="dxa"/>
            <w:gridSpan w:val="2"/>
          </w:tcPr>
          <w:p w14:paraId="784EDFC7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</w:tcPr>
          <w:p w14:paraId="04EBDB32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  <w:r w:rsidRPr="007149A4">
              <w:rPr>
                <w:b/>
                <w:bCs/>
                <w:sz w:val="20"/>
                <w:szCs w:val="20"/>
              </w:rPr>
              <w:t>HPCSA NUMBER:</w:t>
            </w:r>
          </w:p>
        </w:tc>
        <w:tc>
          <w:tcPr>
            <w:tcW w:w="3689" w:type="dxa"/>
          </w:tcPr>
          <w:p w14:paraId="6744B10D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2560A" w:rsidRPr="007149A4" w14:paraId="35DC774C" w14:textId="77777777" w:rsidTr="00F2560A">
        <w:trPr>
          <w:trHeight w:val="339"/>
        </w:trPr>
        <w:tc>
          <w:tcPr>
            <w:tcW w:w="1038" w:type="dxa"/>
          </w:tcPr>
          <w:p w14:paraId="022ED863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  <w:r w:rsidRPr="007149A4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8538" w:type="dxa"/>
            <w:gridSpan w:val="4"/>
          </w:tcPr>
          <w:p w14:paraId="5A2FF4A0" w14:textId="77777777" w:rsidR="00F2560A" w:rsidRDefault="00F2560A" w:rsidP="00F2560A">
            <w:pPr>
              <w:rPr>
                <w:b/>
                <w:bCs/>
                <w:sz w:val="20"/>
                <w:szCs w:val="20"/>
              </w:rPr>
            </w:pPr>
          </w:p>
          <w:p w14:paraId="7CC893D6" w14:textId="77777777" w:rsidR="00F2560A" w:rsidRPr="007149A4" w:rsidRDefault="00F2560A" w:rsidP="00F2560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39A1DCC" w14:textId="65D97081" w:rsidR="00E37427" w:rsidRDefault="00E37427" w:rsidP="00F2560A">
      <w:pPr>
        <w:spacing w:after="0"/>
        <w:rPr>
          <w:b/>
          <w:bCs/>
          <w:color w:val="4F81BD" w:themeColor="accent1"/>
          <w:sz w:val="24"/>
          <w:szCs w:val="24"/>
        </w:rPr>
      </w:pPr>
    </w:p>
    <w:p w14:paraId="692B40B5" w14:textId="35A0ECBD" w:rsidR="00F2560A" w:rsidRPr="00E37427" w:rsidRDefault="00F2560A" w:rsidP="00466907">
      <w:pPr>
        <w:spacing w:after="0"/>
        <w:rPr>
          <w:b/>
          <w:bCs/>
          <w:color w:val="4F81BD" w:themeColor="accent1"/>
          <w:sz w:val="24"/>
          <w:szCs w:val="24"/>
        </w:rPr>
      </w:pPr>
      <w:r>
        <w:rPr>
          <w:b/>
          <w:bCs/>
          <w:color w:val="4F81BD" w:themeColor="accent1"/>
          <w:sz w:val="24"/>
          <w:szCs w:val="24"/>
        </w:rPr>
        <w:t>Puzzle Quiz Answer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3"/>
        <w:gridCol w:w="222"/>
        <w:gridCol w:w="4035"/>
      </w:tblGrid>
      <w:tr w:rsidR="00E37427" w14:paraId="7EF7C5B9" w14:textId="77777777" w:rsidTr="00E37427">
        <w:tc>
          <w:tcPr>
            <w:tcW w:w="4049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4248" w:type="dxa"/>
              <w:tblLook w:val="04A0" w:firstRow="1" w:lastRow="0" w:firstColumn="1" w:lastColumn="0" w:noHBand="0" w:noVBand="1"/>
            </w:tblPr>
            <w:tblGrid>
              <w:gridCol w:w="542"/>
              <w:gridCol w:w="585"/>
              <w:gridCol w:w="814"/>
              <w:gridCol w:w="668"/>
              <w:gridCol w:w="668"/>
              <w:gridCol w:w="971"/>
            </w:tblGrid>
            <w:tr w:rsidR="00426240" w14:paraId="3EF83B51" w14:textId="77777777" w:rsidTr="00953698">
              <w:trPr>
                <w:trHeight w:val="249"/>
              </w:trPr>
              <w:tc>
                <w:tcPr>
                  <w:tcW w:w="424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C03F5C3" w14:textId="3FFD2A24" w:rsidR="00426240" w:rsidRPr="003A11E0" w:rsidRDefault="005B0FCF" w:rsidP="007E171C">
                  <w:pPr>
                    <w:rPr>
                      <w:rFonts w:asciiTheme="majorHAnsi" w:hAnsiTheme="majorHAnsi" w:cstheme="majorHAnsi"/>
                      <w:b/>
                    </w:rPr>
                  </w:pPr>
                  <w:bookmarkStart w:id="0" w:name="_Hlk200102214"/>
                  <w:bookmarkStart w:id="1" w:name="_Hlk200102403"/>
                  <w:r w:rsidRPr="00A85C52">
                    <w:rPr>
                      <w:rFonts w:asciiTheme="majorHAnsi" w:hAnsiTheme="majorHAnsi" w:cstheme="majorHAnsi"/>
                      <w:b/>
                      <w:color w:val="EE0000"/>
                    </w:rPr>
                    <w:t>1. The Need for Maintaining Healthcare Standards in a General Practice</w:t>
                  </w:r>
                </w:p>
              </w:tc>
            </w:tr>
            <w:tr w:rsidR="00426240" w14:paraId="31A5EC0F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1A1EDB69" w14:textId="4567F6A7" w:rsidR="00426240" w:rsidRPr="00E53151" w:rsidRDefault="00426240" w:rsidP="00426240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CD4043E" w14:textId="668E0F98" w:rsidR="00426240" w:rsidRPr="00426240" w:rsidRDefault="001A6FA9" w:rsidP="00426240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5CB381BC" w14:textId="32AA7ED5" w:rsidR="00426240" w:rsidRPr="00B527B7" w:rsidRDefault="001A6FA9" w:rsidP="00426240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D84E083" w14:textId="08ED720A" w:rsidR="00426240" w:rsidRPr="00B527B7" w:rsidRDefault="001A6FA9" w:rsidP="00426240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1DA5EBEA" w14:textId="277577D0" w:rsidR="00426240" w:rsidRPr="00B527B7" w:rsidRDefault="001A6FA9" w:rsidP="00426240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</w:tcBorders>
                </w:tcPr>
                <w:p w14:paraId="01584043" w14:textId="21E7EC5E" w:rsidR="00426240" w:rsidRPr="00B527B7" w:rsidRDefault="00426240" w:rsidP="00426240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1A6FA9" w14:paraId="5E25841E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455DCB40" w14:textId="77777777" w:rsidR="001A6FA9" w:rsidRPr="00E53151" w:rsidRDefault="001A6FA9" w:rsidP="001A6FA9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3A4B2663" w14:textId="5F5F5DB5" w:rsidR="001A6FA9" w:rsidRPr="00426240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700C74BC" w14:textId="689AC04E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28E74928" w14:textId="13D066E0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BEE5CEC" w14:textId="3D07607D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</w:tcBorders>
                </w:tcPr>
                <w:p w14:paraId="126F97F6" w14:textId="67E045F0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1A6FA9" w14:paraId="23208936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604A653D" w14:textId="77777777" w:rsidR="001A6FA9" w:rsidRPr="00E53151" w:rsidRDefault="001A6FA9" w:rsidP="001A6FA9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11AB60B" w14:textId="1970A1D8" w:rsidR="001A6FA9" w:rsidRPr="00426240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18C69885" w14:textId="10FD9E9C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15D5D599" w14:textId="6CBA708E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77019A9" w14:textId="477CE608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</w:tcBorders>
                </w:tcPr>
                <w:p w14:paraId="32954262" w14:textId="71EE8E91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1A6FA9" w14:paraId="2961D7C2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323CADC4" w14:textId="77777777" w:rsidR="001A6FA9" w:rsidRPr="00E53151" w:rsidRDefault="001A6FA9" w:rsidP="001A6FA9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5CE3072D" w14:textId="6B0908E9" w:rsidR="001A6FA9" w:rsidRPr="00426240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0C97346C" w14:textId="54A7B579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1FC2DC5E" w14:textId="40E9D346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118CC06B" w14:textId="655B08FB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</w:tcBorders>
                </w:tcPr>
                <w:p w14:paraId="5FBE7A2C" w14:textId="6352936C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1A6FA9" w14:paraId="1D2D0843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299EE4ED" w14:textId="77777777" w:rsidR="001A6FA9" w:rsidRPr="00E53151" w:rsidRDefault="001A6FA9" w:rsidP="001A6FA9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4FC11B75" w14:textId="5677E729" w:rsidR="001A6FA9" w:rsidRPr="00426240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3E473CA8" w14:textId="50EC06CE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DEEDB1D" w14:textId="09CDF0CB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F58B875" w14:textId="3C9B5B10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</w:tcBorders>
                </w:tcPr>
                <w:p w14:paraId="69A940EF" w14:textId="276EDE4A" w:rsidR="001A6FA9" w:rsidRPr="00B527B7" w:rsidRDefault="001A6FA9" w:rsidP="001A6FA9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03FB6CBD" w14:textId="77777777" w:rsidR="00E37427" w:rsidRDefault="00E37427"/>
        </w:tc>
        <w:tc>
          <w:tcPr>
            <w:tcW w:w="284" w:type="dxa"/>
          </w:tcPr>
          <w:p w14:paraId="5F873F23" w14:textId="77777777" w:rsidR="00E37427" w:rsidRDefault="00E37427"/>
        </w:tc>
        <w:tc>
          <w:tcPr>
            <w:tcW w:w="4123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3823" w:type="dxa"/>
              <w:tblLook w:val="04A0" w:firstRow="1" w:lastRow="0" w:firstColumn="1" w:lastColumn="0" w:noHBand="0" w:noVBand="1"/>
            </w:tblPr>
            <w:tblGrid>
              <w:gridCol w:w="542"/>
              <w:gridCol w:w="585"/>
              <w:gridCol w:w="814"/>
              <w:gridCol w:w="668"/>
              <w:gridCol w:w="668"/>
              <w:gridCol w:w="546"/>
            </w:tblGrid>
            <w:tr w:rsidR="00D76007" w14:paraId="398B7A14" w14:textId="77777777" w:rsidTr="00953698">
              <w:trPr>
                <w:trHeight w:val="249"/>
              </w:trPr>
              <w:tc>
                <w:tcPr>
                  <w:tcW w:w="382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01C962D" w14:textId="77777777" w:rsidR="004B3752" w:rsidRDefault="004B3752" w:rsidP="00D76007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14:paraId="1986497C" w14:textId="77777777" w:rsidR="00A9341D" w:rsidRDefault="00A9341D" w:rsidP="00A9341D">
                  <w:pPr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4. GLP – 1</w:t>
                  </w:r>
                </w:p>
                <w:p w14:paraId="44E5A8DA" w14:textId="6EE13F9B" w:rsidR="004B3752" w:rsidRPr="003A11E0" w:rsidRDefault="004B3752" w:rsidP="00D76007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  <w:tr w:rsidR="00D76007" w14:paraId="6D36F0CD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36D724A9" w14:textId="77777777" w:rsidR="00D76007" w:rsidRPr="00E53151" w:rsidRDefault="00D76007" w:rsidP="00D76007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76A64799" w14:textId="77777777" w:rsidR="00D76007" w:rsidRPr="00426240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6415C179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31AC39C4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3730E2E1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</w:tcBorders>
                </w:tcPr>
                <w:p w14:paraId="697CA0EF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D76007" w14:paraId="542B2F7C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6FC0CB9A" w14:textId="77777777" w:rsidR="00D76007" w:rsidRPr="00E53151" w:rsidRDefault="00D76007" w:rsidP="00D76007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524FB8C6" w14:textId="77777777" w:rsidR="00D76007" w:rsidRPr="00426240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57705813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0BEFAA12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045C2DDD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</w:tcBorders>
                </w:tcPr>
                <w:p w14:paraId="5F582909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D76007" w14:paraId="130A4B75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17C9937F" w14:textId="77777777" w:rsidR="00D76007" w:rsidRPr="00E53151" w:rsidRDefault="00D76007" w:rsidP="00D76007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B2C34BF" w14:textId="77777777" w:rsidR="00D76007" w:rsidRPr="00426240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59F05369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73BCBCAE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2A9F61BD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</w:tcBorders>
                </w:tcPr>
                <w:p w14:paraId="3F755352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D76007" w14:paraId="5B8F23DC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0CFD72BE" w14:textId="77777777" w:rsidR="00D76007" w:rsidRPr="00E53151" w:rsidRDefault="00D76007" w:rsidP="00D76007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72278F14" w14:textId="77777777" w:rsidR="00D76007" w:rsidRPr="00426240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72A8EAF9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54B4446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38707F9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</w:tcBorders>
                </w:tcPr>
                <w:p w14:paraId="2E49AD6E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D76007" w14:paraId="7F4848DA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1D5F9307" w14:textId="77777777" w:rsidR="00D76007" w:rsidRPr="00E53151" w:rsidRDefault="00D76007" w:rsidP="00D76007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769840CB" w14:textId="77777777" w:rsidR="00D76007" w:rsidRPr="00426240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49FA9000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2C732B57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9526C31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</w:tcBorders>
                </w:tcPr>
                <w:p w14:paraId="4A0D677F" w14:textId="77777777" w:rsidR="00D76007" w:rsidRPr="00B527B7" w:rsidRDefault="00D76007" w:rsidP="00D760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</w:tbl>
          <w:p w14:paraId="628E0F8F" w14:textId="77777777" w:rsidR="00E37427" w:rsidRDefault="00E37427"/>
        </w:tc>
      </w:tr>
      <w:bookmarkEnd w:id="0"/>
      <w:tr w:rsidR="00E37427" w14:paraId="0B89023B" w14:textId="77777777" w:rsidTr="00E37427">
        <w:tc>
          <w:tcPr>
            <w:tcW w:w="4049" w:type="dxa"/>
          </w:tcPr>
          <w:p w14:paraId="62F0DAA6" w14:textId="77777777" w:rsidR="00E37427" w:rsidRDefault="00E37427"/>
        </w:tc>
        <w:tc>
          <w:tcPr>
            <w:tcW w:w="284" w:type="dxa"/>
          </w:tcPr>
          <w:p w14:paraId="4D00F8F5" w14:textId="77777777" w:rsidR="00E37427" w:rsidRDefault="00E37427"/>
        </w:tc>
        <w:tc>
          <w:tcPr>
            <w:tcW w:w="4123" w:type="dxa"/>
          </w:tcPr>
          <w:p w14:paraId="395BA300" w14:textId="77777777" w:rsidR="00E37427" w:rsidRDefault="00E37427"/>
        </w:tc>
      </w:tr>
      <w:tr w:rsidR="00E53151" w14:paraId="1BFC3805" w14:textId="77777777" w:rsidTr="00E53151">
        <w:tc>
          <w:tcPr>
            <w:tcW w:w="4049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4248" w:type="dxa"/>
              <w:tblLook w:val="04A0" w:firstRow="1" w:lastRow="0" w:firstColumn="1" w:lastColumn="0" w:noHBand="0" w:noVBand="1"/>
            </w:tblPr>
            <w:tblGrid>
              <w:gridCol w:w="556"/>
              <w:gridCol w:w="576"/>
              <w:gridCol w:w="705"/>
              <w:gridCol w:w="705"/>
              <w:gridCol w:w="705"/>
              <w:gridCol w:w="1001"/>
            </w:tblGrid>
            <w:tr w:rsidR="00CA3D6F" w14:paraId="4D1FF228" w14:textId="77777777" w:rsidTr="00953698">
              <w:trPr>
                <w:trHeight w:val="249"/>
              </w:trPr>
              <w:tc>
                <w:tcPr>
                  <w:tcW w:w="4248" w:type="dxa"/>
                  <w:gridSpan w:val="6"/>
                </w:tcPr>
                <w:p w14:paraId="3FCA40AD" w14:textId="2DB3C9C9" w:rsidR="00CA3D6F" w:rsidRPr="003A11E0" w:rsidRDefault="000E2345" w:rsidP="003A11E0">
                  <w:pPr>
                    <w:rPr>
                      <w:rFonts w:ascii="Calibri" w:hAnsi="Calibri" w:cs="Calibri"/>
                      <w:b/>
                      <w:bCs/>
                      <w:lang w:val="en-ZA"/>
                    </w:rPr>
                  </w:pPr>
                  <w:r w:rsidRPr="000E2345">
                    <w:rPr>
                      <w:rFonts w:ascii="Calibri" w:hAnsi="Calibri" w:cs="Calibri"/>
                      <w:b/>
                      <w:bCs/>
                      <w:lang w:val="en-ZA"/>
                    </w:rPr>
                    <w:t>2. Prostate Cancer Current Concepts in Diagnosis Risk Stratification and Management</w:t>
                  </w:r>
                </w:p>
              </w:tc>
            </w:tr>
            <w:tr w:rsidR="007E171C" w14:paraId="3A754801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11D7333F" w14:textId="5F21C141" w:rsidR="007E171C" w:rsidRPr="00CA3D6F" w:rsidRDefault="007E171C" w:rsidP="007E171C">
                  <w:pPr>
                    <w:rPr>
                      <w:b/>
                      <w:bCs/>
                    </w:rPr>
                  </w:pPr>
                  <w:r w:rsidRPr="00CA3D6F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07D5C42B" w14:textId="3B66C1E2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2ED355A7" w14:textId="7028DCE1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7C89ABB3" w14:textId="6AAEA583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488CEF88" w14:textId="49108382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61CE17D6" w14:textId="175EB5BD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7E171C" w14:paraId="11BA0448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40583158" w14:textId="77777777" w:rsidR="007E171C" w:rsidRPr="00CA3D6F" w:rsidRDefault="007E171C" w:rsidP="007E171C">
                  <w:pPr>
                    <w:rPr>
                      <w:b/>
                      <w:bCs/>
                    </w:rPr>
                  </w:pPr>
                  <w:r w:rsidRPr="00CA3D6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1269D4CA" w14:textId="55BAD538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0114F85E" w14:textId="7B92A7F2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C88DD5B" w14:textId="4441F09D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49A0B02B" w14:textId="30B8A10F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34934B3C" w14:textId="12EC895F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7E171C" w14:paraId="51AFD79E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2842FC93" w14:textId="77777777" w:rsidR="007E171C" w:rsidRPr="00CA3D6F" w:rsidRDefault="007E171C" w:rsidP="007E171C">
                  <w:pPr>
                    <w:rPr>
                      <w:b/>
                      <w:bCs/>
                    </w:rPr>
                  </w:pPr>
                  <w:r w:rsidRPr="00CA3D6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2CE052A5" w14:textId="0150FF9B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4CF431B" w14:textId="1B6A7ECE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0E4E415F" w14:textId="5F8F5FBB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6B2E95D4" w14:textId="1A58656F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7536C852" w14:textId="36C0864A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7E171C" w14:paraId="4B936477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61EF9C8B" w14:textId="77777777" w:rsidR="007E171C" w:rsidRPr="00CA3D6F" w:rsidRDefault="007E171C" w:rsidP="007E171C">
                  <w:pPr>
                    <w:rPr>
                      <w:b/>
                      <w:bCs/>
                    </w:rPr>
                  </w:pPr>
                  <w:r w:rsidRPr="00CA3D6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05559A9" w14:textId="5939C8A3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255D8814" w14:textId="18D2EA56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03A3F62" w14:textId="6E74A5E7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259E5D75" w14:textId="0C0D85C2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47741696" w14:textId="4C10ACC3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7E171C" w14:paraId="46607823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7081F940" w14:textId="77777777" w:rsidR="007E171C" w:rsidRPr="00CA3D6F" w:rsidRDefault="007E171C" w:rsidP="007E171C">
                  <w:pPr>
                    <w:rPr>
                      <w:b/>
                      <w:bCs/>
                    </w:rPr>
                  </w:pPr>
                  <w:r w:rsidRPr="00CA3D6F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5440C27" w14:textId="79347E1B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5E931067" w14:textId="6DD6D78E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4AE93042" w14:textId="66184544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6EED42F1" w14:textId="4C262415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1F2E1821" w14:textId="6B58E331" w:rsidR="007E171C" w:rsidRPr="00B527B7" w:rsidRDefault="007E171C" w:rsidP="007E171C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</w:tbl>
          <w:p w14:paraId="7DEDC1DC" w14:textId="77777777" w:rsidR="00E53151" w:rsidRDefault="00E53151" w:rsidP="00E665AB"/>
        </w:tc>
        <w:tc>
          <w:tcPr>
            <w:tcW w:w="284" w:type="dxa"/>
          </w:tcPr>
          <w:p w14:paraId="25330B63" w14:textId="77777777" w:rsidR="00E53151" w:rsidRDefault="00E53151" w:rsidP="00E665AB"/>
        </w:tc>
        <w:tc>
          <w:tcPr>
            <w:tcW w:w="4123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3897" w:type="dxa"/>
              <w:tblLook w:val="04A0" w:firstRow="1" w:lastRow="0" w:firstColumn="1" w:lastColumn="0" w:noHBand="0" w:noVBand="1"/>
            </w:tblPr>
            <w:tblGrid>
              <w:gridCol w:w="606"/>
              <w:gridCol w:w="650"/>
              <w:gridCol w:w="650"/>
              <w:gridCol w:w="678"/>
              <w:gridCol w:w="663"/>
              <w:gridCol w:w="650"/>
            </w:tblGrid>
            <w:tr w:rsidR="00F2560A" w14:paraId="110108C2" w14:textId="77777777" w:rsidTr="00944DAC">
              <w:trPr>
                <w:trHeight w:val="242"/>
              </w:trPr>
              <w:tc>
                <w:tcPr>
                  <w:tcW w:w="3897" w:type="dxa"/>
                  <w:gridSpan w:val="6"/>
                </w:tcPr>
                <w:p w14:paraId="37C4B92F" w14:textId="3EC17D7E" w:rsidR="00A9341D" w:rsidRPr="00EA539A" w:rsidRDefault="00EA539A" w:rsidP="00EA539A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lang w:eastAsia="ja-JP"/>
                    </w:rPr>
                  </w:pPr>
                  <w:r w:rsidRPr="00EA539A">
                    <w:rPr>
                      <w:rFonts w:ascii="Calibri" w:hAnsi="Calibri" w:cs="Calibri"/>
                      <w:b/>
                      <w:bCs/>
                      <w:lang w:eastAsia="ja-JP"/>
                    </w:rPr>
                    <w:t>5. Clinical Standards in Allergy diagnosis and management: A Comprehensive Guide for a Family Practice.</w:t>
                  </w:r>
                </w:p>
              </w:tc>
            </w:tr>
            <w:tr w:rsidR="00A9341D" w14:paraId="3EA8B124" w14:textId="77777777" w:rsidTr="009B1026">
              <w:trPr>
                <w:trHeight w:val="256"/>
              </w:trPr>
              <w:tc>
                <w:tcPr>
                  <w:tcW w:w="606" w:type="dxa"/>
                </w:tcPr>
                <w:p w14:paraId="1AD9F0E3" w14:textId="406E3631" w:rsidR="00A9341D" w:rsidRDefault="00A9341D" w:rsidP="00A9341D">
                  <w:r>
                    <w:t>1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35FB0311" w14:textId="471AF802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79B16B67" w14:textId="70A94D2D" w:rsidR="00A9341D" w:rsidRPr="00B527B7" w:rsidRDefault="00A9341D" w:rsidP="00A9341D">
                  <w:pPr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</w:tcBorders>
                </w:tcPr>
                <w:p w14:paraId="26725285" w14:textId="2A029921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14:paraId="0AD474CA" w14:textId="40B9627A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13910CE7" w14:textId="2303B3D8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A9341D" w14:paraId="1A70F841" w14:textId="77777777" w:rsidTr="000275EE">
              <w:trPr>
                <w:trHeight w:val="256"/>
              </w:trPr>
              <w:tc>
                <w:tcPr>
                  <w:tcW w:w="606" w:type="dxa"/>
                </w:tcPr>
                <w:p w14:paraId="68A086E5" w14:textId="77777777" w:rsidR="00A9341D" w:rsidRDefault="00A9341D" w:rsidP="00A9341D">
                  <w:r>
                    <w:t>2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7163F0B4" w14:textId="6B4B9B3D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221630B7" w14:textId="4E8F583D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</w:tcBorders>
                </w:tcPr>
                <w:p w14:paraId="485791C1" w14:textId="6C38F758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14:paraId="627F7892" w14:textId="6075ED58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4F41629D" w14:textId="271F24E8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A9341D" w14:paraId="6E4FA64D" w14:textId="77777777" w:rsidTr="00CD2C09">
              <w:trPr>
                <w:trHeight w:val="256"/>
              </w:trPr>
              <w:tc>
                <w:tcPr>
                  <w:tcW w:w="606" w:type="dxa"/>
                </w:tcPr>
                <w:p w14:paraId="7AF09992" w14:textId="77777777" w:rsidR="00A9341D" w:rsidRDefault="00A9341D" w:rsidP="00A9341D">
                  <w:r>
                    <w:t>3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7B406C93" w14:textId="0D8ACD77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71922B07" w14:textId="20F90861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</w:tcBorders>
                </w:tcPr>
                <w:p w14:paraId="0F898D7A" w14:textId="0CC322EB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14:paraId="2B054462" w14:textId="351F5542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041D2CE3" w14:textId="0E168E2F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A9341D" w14:paraId="2BF84E32" w14:textId="77777777" w:rsidTr="00707F95">
              <w:trPr>
                <w:trHeight w:val="256"/>
              </w:trPr>
              <w:tc>
                <w:tcPr>
                  <w:tcW w:w="606" w:type="dxa"/>
                </w:tcPr>
                <w:p w14:paraId="00ABCDC4" w14:textId="77777777" w:rsidR="00A9341D" w:rsidRDefault="00A9341D" w:rsidP="00A9341D">
                  <w:r>
                    <w:t>4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5A0179FF" w14:textId="40DEDD24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05B20269" w14:textId="40D686B8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</w:tcBorders>
                </w:tcPr>
                <w:p w14:paraId="19131BC3" w14:textId="00FB161E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14:paraId="0D1CC25D" w14:textId="3B8C2523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235917F1" w14:textId="0A7977F3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A9341D" w14:paraId="6B3B1F7C" w14:textId="77777777" w:rsidTr="00A403B1">
              <w:trPr>
                <w:trHeight w:val="256"/>
              </w:trPr>
              <w:tc>
                <w:tcPr>
                  <w:tcW w:w="606" w:type="dxa"/>
                </w:tcPr>
                <w:p w14:paraId="6FDC9F3D" w14:textId="77777777" w:rsidR="00A9341D" w:rsidRDefault="00A9341D" w:rsidP="00A9341D">
                  <w:r>
                    <w:t>5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7DD5E782" w14:textId="3ED3E56D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121F6C47" w14:textId="62155785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</w:tcBorders>
                </w:tcPr>
                <w:p w14:paraId="5A89919E" w14:textId="67CB69BF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14:paraId="6AA45295" w14:textId="01A4BBD4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</w:tcPr>
                <w:p w14:paraId="3D010575" w14:textId="27C655A9" w:rsidR="00A9341D" w:rsidRPr="00B527B7" w:rsidRDefault="00A9341D" w:rsidP="00A9341D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</w:tbl>
          <w:p w14:paraId="5633CAE9" w14:textId="77777777" w:rsidR="00E53151" w:rsidRDefault="00E53151" w:rsidP="00E665AB"/>
        </w:tc>
      </w:tr>
      <w:tr w:rsidR="00E53151" w14:paraId="35E0C241" w14:textId="77777777" w:rsidTr="00E37427">
        <w:tc>
          <w:tcPr>
            <w:tcW w:w="4049" w:type="dxa"/>
          </w:tcPr>
          <w:p w14:paraId="3074557E" w14:textId="77777777" w:rsidR="00E53151" w:rsidRDefault="00E53151"/>
        </w:tc>
        <w:tc>
          <w:tcPr>
            <w:tcW w:w="284" w:type="dxa"/>
          </w:tcPr>
          <w:p w14:paraId="7A0081DC" w14:textId="77777777" w:rsidR="00E53151" w:rsidRDefault="00E53151"/>
        </w:tc>
        <w:tc>
          <w:tcPr>
            <w:tcW w:w="4123" w:type="dxa"/>
          </w:tcPr>
          <w:p w14:paraId="0082D2E1" w14:textId="77777777" w:rsidR="00E53151" w:rsidRDefault="00E53151"/>
        </w:tc>
      </w:tr>
      <w:tr w:rsidR="00E53151" w14:paraId="3E71C48E" w14:textId="77777777" w:rsidTr="00E53151">
        <w:tc>
          <w:tcPr>
            <w:tcW w:w="4049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4248" w:type="dxa"/>
              <w:tblLook w:val="04A0" w:firstRow="1" w:lastRow="0" w:firstColumn="1" w:lastColumn="0" w:noHBand="0" w:noVBand="1"/>
            </w:tblPr>
            <w:tblGrid>
              <w:gridCol w:w="556"/>
              <w:gridCol w:w="576"/>
              <w:gridCol w:w="705"/>
              <w:gridCol w:w="705"/>
              <w:gridCol w:w="705"/>
              <w:gridCol w:w="1001"/>
            </w:tblGrid>
            <w:tr w:rsidR="00CA3D6F" w14:paraId="492E6423" w14:textId="77777777" w:rsidTr="00953698">
              <w:trPr>
                <w:trHeight w:val="249"/>
              </w:trPr>
              <w:tc>
                <w:tcPr>
                  <w:tcW w:w="4248" w:type="dxa"/>
                  <w:gridSpan w:val="6"/>
                </w:tcPr>
                <w:p w14:paraId="1E5BF763" w14:textId="403AD1C3" w:rsidR="00CA3D6F" w:rsidRPr="003A11E0" w:rsidRDefault="003A11E0" w:rsidP="00567507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 w:rsidRPr="003A11E0">
                    <w:rPr>
                      <w:rFonts w:ascii="Calibri" w:hAnsi="Calibri" w:cs="Calibri"/>
                      <w:b/>
                      <w:bCs/>
                    </w:rPr>
                    <w:t>3. The Influence of Lifestyle and Dietary Modification on the Progression of Type 2 Diabetes Mellitus</w:t>
                  </w:r>
                </w:p>
              </w:tc>
            </w:tr>
            <w:tr w:rsidR="003A11E0" w14:paraId="719E777A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404F9336" w14:textId="68393DA1" w:rsidR="003A11E0" w:rsidRDefault="003A11E0" w:rsidP="003A11E0">
                  <w:r>
                    <w:t>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7CF61BF" w14:textId="261068A1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79E5C223" w14:textId="5E8AB058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7E55AC2D" w14:textId="099C013B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7BB371B" w14:textId="40E7DF11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243DCAEC" w14:textId="538889BB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3A11E0" w14:paraId="51610E5C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675A88EA" w14:textId="77777777" w:rsidR="003A11E0" w:rsidRDefault="003A11E0" w:rsidP="003A11E0">
                  <w: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1743741E" w14:textId="228D2F7A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1CA6716" w14:textId="1D632EB8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CE175B6" w14:textId="010402B1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06D7BDF" w14:textId="11E7FC79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5335C8B1" w14:textId="3818A00E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3A11E0" w14:paraId="247E04FB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1370B405" w14:textId="77777777" w:rsidR="003A11E0" w:rsidRDefault="003A11E0" w:rsidP="003A11E0">
                  <w: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65B6DA10" w14:textId="615A7E0D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2D88522" w14:textId="67A2AA9D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77843B7" w14:textId="66782678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BCA9F92" w14:textId="2A68B6D7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47586095" w14:textId="23C0F9C0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3A11E0" w14:paraId="433DE2FB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1191C44A" w14:textId="77777777" w:rsidR="003A11E0" w:rsidRDefault="003A11E0" w:rsidP="003A11E0">
                  <w: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2023F9B7" w14:textId="3ABA6ED6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F2FA91D" w14:textId="1D3AE27C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027789E4" w14:textId="770F613F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EF1A6D3" w14:textId="2412A28D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5799D2EE" w14:textId="3D3A0B39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3A11E0" w14:paraId="59124B7F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38398DF4" w14:textId="77777777" w:rsidR="003A11E0" w:rsidRDefault="003A11E0" w:rsidP="003A11E0">
                  <w: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13078A28" w14:textId="4F5B098F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234BE312" w14:textId="728A8717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152E868" w14:textId="476D7CE2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54AAA077" w14:textId="4E5CC9EF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</w:tcBorders>
                </w:tcPr>
                <w:p w14:paraId="30DAE866" w14:textId="76CD66B1" w:rsidR="003A11E0" w:rsidRPr="00B527B7" w:rsidRDefault="003A11E0" w:rsidP="003A11E0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</w:tbl>
          <w:p w14:paraId="2DE73B0D" w14:textId="77777777" w:rsidR="00E53151" w:rsidRDefault="00E53151" w:rsidP="00E665AB"/>
        </w:tc>
        <w:tc>
          <w:tcPr>
            <w:tcW w:w="284" w:type="dxa"/>
          </w:tcPr>
          <w:p w14:paraId="1AD13B7D" w14:textId="77777777" w:rsidR="00E53151" w:rsidRDefault="00E53151" w:rsidP="00E665AB"/>
        </w:tc>
        <w:tc>
          <w:tcPr>
            <w:tcW w:w="4123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3823" w:type="dxa"/>
              <w:tblLook w:val="04A0" w:firstRow="1" w:lastRow="0" w:firstColumn="1" w:lastColumn="0" w:noHBand="0" w:noVBand="1"/>
            </w:tblPr>
            <w:tblGrid>
              <w:gridCol w:w="557"/>
              <w:gridCol w:w="576"/>
              <w:gridCol w:w="705"/>
              <w:gridCol w:w="704"/>
              <w:gridCol w:w="705"/>
              <w:gridCol w:w="576"/>
            </w:tblGrid>
            <w:tr w:rsidR="00570961" w:rsidRPr="00466907" w14:paraId="2DF4EDC3" w14:textId="77777777" w:rsidTr="009D14FC">
              <w:trPr>
                <w:trHeight w:val="249"/>
              </w:trPr>
              <w:tc>
                <w:tcPr>
                  <w:tcW w:w="382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6900D0B" w14:textId="77777777" w:rsidR="00570961" w:rsidRPr="00232785" w:rsidRDefault="00570961" w:rsidP="0057096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lang w:eastAsia="ja-JP"/>
                    </w:rPr>
                  </w:pPr>
                  <w:r w:rsidRPr="00232785">
                    <w:rPr>
                      <w:rFonts w:ascii="Calibri" w:hAnsi="Calibri" w:cs="Calibri"/>
                      <w:b/>
                      <w:bCs/>
                      <w:lang w:eastAsia="ja-JP"/>
                    </w:rPr>
                    <w:t>6. Cardiometabolic Syndrome - The Prevalence in Affluent Western Cultures</w:t>
                  </w:r>
                </w:p>
                <w:p w14:paraId="3F515349" w14:textId="77777777" w:rsidR="00570961" w:rsidRPr="004E65EA" w:rsidRDefault="00570961" w:rsidP="00570961">
                  <w:pPr>
                    <w:spacing w:before="120"/>
                    <w:contextualSpacing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  <w:tr w:rsidR="00570961" w:rsidRPr="00466907" w14:paraId="0C98B163" w14:textId="77777777" w:rsidTr="009D14FC">
              <w:trPr>
                <w:trHeight w:val="264"/>
              </w:trPr>
              <w:tc>
                <w:tcPr>
                  <w:tcW w:w="557" w:type="dxa"/>
                </w:tcPr>
                <w:p w14:paraId="28522E4E" w14:textId="77777777" w:rsidR="00570961" w:rsidRPr="00466907" w:rsidRDefault="00570961" w:rsidP="00570961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73C71F5B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90AC8AA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</w:tcBorders>
                </w:tcPr>
                <w:p w14:paraId="6DC0FD18" w14:textId="77777777" w:rsidR="00570961" w:rsidRPr="00B527B7" w:rsidRDefault="00570961" w:rsidP="00570961">
                  <w:pP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FBA6BAB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DC152F7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570961" w:rsidRPr="00466907" w14:paraId="6EBE4B16" w14:textId="77777777" w:rsidTr="009D14FC">
              <w:trPr>
                <w:trHeight w:val="264"/>
              </w:trPr>
              <w:tc>
                <w:tcPr>
                  <w:tcW w:w="557" w:type="dxa"/>
                </w:tcPr>
                <w:p w14:paraId="58D9ECC5" w14:textId="7A2D2B0C" w:rsidR="00570961" w:rsidRPr="00466907" w:rsidRDefault="00570961" w:rsidP="0057096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3B5D182F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7D759C03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</w:tcBorders>
                </w:tcPr>
                <w:p w14:paraId="23EF103C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254E8C10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5160197A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570961" w:rsidRPr="00466907" w14:paraId="34A07235" w14:textId="77777777" w:rsidTr="009D14FC">
              <w:trPr>
                <w:trHeight w:val="264"/>
              </w:trPr>
              <w:tc>
                <w:tcPr>
                  <w:tcW w:w="557" w:type="dxa"/>
                </w:tcPr>
                <w:p w14:paraId="15538F2B" w14:textId="7E2B379B" w:rsidR="00570961" w:rsidRPr="00466907" w:rsidRDefault="00570961" w:rsidP="0057096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1A827FB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6B12AD56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</w:tcBorders>
                </w:tcPr>
                <w:p w14:paraId="46909E53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3516A727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41174435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570961" w:rsidRPr="00466907" w14:paraId="27CAD39A" w14:textId="77777777" w:rsidTr="009D14FC">
              <w:trPr>
                <w:trHeight w:val="264"/>
              </w:trPr>
              <w:tc>
                <w:tcPr>
                  <w:tcW w:w="557" w:type="dxa"/>
                </w:tcPr>
                <w:p w14:paraId="0A4A23A3" w14:textId="586BD48A" w:rsidR="00570961" w:rsidRPr="00466907" w:rsidRDefault="00570961" w:rsidP="0057096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5945E986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6A1C9431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</w:tcBorders>
                </w:tcPr>
                <w:p w14:paraId="656E05D3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48E24A51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2C49D706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570961" w:rsidRPr="00466907" w14:paraId="7F9AD06D" w14:textId="77777777" w:rsidTr="009D14FC">
              <w:trPr>
                <w:trHeight w:val="264"/>
              </w:trPr>
              <w:tc>
                <w:tcPr>
                  <w:tcW w:w="557" w:type="dxa"/>
                </w:tcPr>
                <w:p w14:paraId="2B248D4B" w14:textId="22B07CB0" w:rsidR="00570961" w:rsidRDefault="00570961" w:rsidP="0057096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344D41A0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12DB66A1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</w:tcBorders>
                </w:tcPr>
                <w:p w14:paraId="05FCD741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</w:tcBorders>
                </w:tcPr>
                <w:p w14:paraId="4FDA84E5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</w:tcBorders>
                </w:tcPr>
                <w:p w14:paraId="0D292C72" w14:textId="77777777" w:rsidR="00570961" w:rsidRPr="00B527B7" w:rsidRDefault="00570961" w:rsidP="00570961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00AB15D9" w14:textId="77777777" w:rsidR="00E53151" w:rsidRDefault="00E53151" w:rsidP="00E665AB"/>
        </w:tc>
      </w:tr>
    </w:tbl>
    <w:tbl>
      <w:tblPr>
        <w:tblStyle w:val="TableGrid"/>
        <w:tblpPr w:leftFromText="180" w:rightFromText="180" w:vertAnchor="text" w:horzAnchor="margin" w:tblpY="7"/>
        <w:tblW w:w="8359" w:type="dxa"/>
        <w:tblLook w:val="04A0" w:firstRow="1" w:lastRow="0" w:firstColumn="1" w:lastColumn="0" w:noHBand="0" w:noVBand="1"/>
      </w:tblPr>
      <w:tblGrid>
        <w:gridCol w:w="4315"/>
        <w:gridCol w:w="4315"/>
      </w:tblGrid>
      <w:tr w:rsidR="002B2E05" w:rsidRPr="00466907" w14:paraId="24084D2F" w14:textId="77777777" w:rsidTr="009A2C16">
        <w:trPr>
          <w:trHeight w:val="2967"/>
        </w:trPr>
        <w:tc>
          <w:tcPr>
            <w:tcW w:w="4169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56"/>
              <w:gridCol w:w="715"/>
              <w:gridCol w:w="709"/>
              <w:gridCol w:w="709"/>
              <w:gridCol w:w="708"/>
              <w:gridCol w:w="709"/>
            </w:tblGrid>
            <w:tr w:rsidR="000269CF" w:rsidRPr="00466907" w14:paraId="3A1448B6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</w:tcPr>
                <w:bookmarkEnd w:id="1"/>
                <w:p w14:paraId="07935443" w14:textId="77777777" w:rsidR="000269CF" w:rsidRPr="00976167" w:rsidRDefault="000269CF" w:rsidP="000269CF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lastRenderedPageBreak/>
                    <w:t>7</w:t>
                  </w:r>
                  <w:r w:rsidRPr="001E33AA">
                    <w:rPr>
                      <w:rFonts w:ascii="Calibri" w:hAnsi="Calibri" w:cs="Calibri"/>
                      <w:b/>
                      <w:bCs/>
                    </w:rPr>
                    <w:t>. Related reading Menopause Implications for South African clinicians - clinical guidelines</w:t>
                  </w:r>
                </w:p>
              </w:tc>
            </w:tr>
            <w:tr w:rsidR="000269CF" w:rsidRPr="00466907" w14:paraId="390B377A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373634B3" w14:textId="77777777" w:rsidR="000269CF" w:rsidRPr="00466907" w:rsidRDefault="000269CF" w:rsidP="000269CF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359094EA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6AD9F57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DC68746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54406AE2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5153DE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0269CF" w:rsidRPr="00466907" w14:paraId="5B29A58F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7E5C1643" w14:textId="77777777" w:rsidR="000269CF" w:rsidRPr="00466907" w:rsidRDefault="000269CF" w:rsidP="000269CF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2DCF0B77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AF7A945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A25C27E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65A30A27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AC964B7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0269CF" w:rsidRPr="00466907" w14:paraId="77C11713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67C13A0F" w14:textId="77777777" w:rsidR="000269CF" w:rsidRPr="00466907" w:rsidRDefault="000269CF" w:rsidP="000269CF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7ADD4CDA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16DA4D9F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FE07B24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71E0FEA0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5F952534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0269CF" w:rsidRPr="00466907" w14:paraId="485C3D41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459F3647" w14:textId="77777777" w:rsidR="000269CF" w:rsidRPr="00466907" w:rsidRDefault="000269CF" w:rsidP="000269C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07F21DBC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6E6B63E6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8E46E02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5E5D1B84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4F57A29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0269CF" w:rsidRPr="00466907" w14:paraId="048130D3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15A6AF99" w14:textId="77777777" w:rsidR="000269CF" w:rsidRPr="00466907" w:rsidRDefault="000269CF" w:rsidP="000269C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36AB30E9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60803A8D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253203F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3A08CF61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F088271" w14:textId="77777777" w:rsidR="000269CF" w:rsidRPr="00B527B7" w:rsidRDefault="000269CF" w:rsidP="000269CF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</w:tbl>
          <w:p w14:paraId="0ACF3BE5" w14:textId="77777777" w:rsidR="00EA462B" w:rsidRPr="00EA462B" w:rsidRDefault="00EA462B" w:rsidP="00EA462B"/>
        </w:tc>
        <w:tc>
          <w:tcPr>
            <w:tcW w:w="4190" w:type="dxa"/>
          </w:tcPr>
          <w:tbl>
            <w:tblPr>
              <w:tblStyle w:val="TableGrid"/>
              <w:tblpPr w:leftFromText="180" w:rightFromText="180" w:vertAnchor="text" w:horzAnchor="margin" w:tblpY="-13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585"/>
              <w:gridCol w:w="814"/>
              <w:gridCol w:w="668"/>
              <w:gridCol w:w="668"/>
              <w:gridCol w:w="829"/>
            </w:tblGrid>
            <w:tr w:rsidR="00AF64AD" w14:paraId="6B0FA904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665D0FF" w14:textId="2D43AA4A" w:rsidR="00AF64AD" w:rsidRPr="003A11E0" w:rsidRDefault="00AF64AD" w:rsidP="00AF64A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D97700">
                    <w:rPr>
                      <w:rFonts w:asciiTheme="majorHAnsi" w:hAnsiTheme="majorHAnsi" w:cstheme="majorHAnsi"/>
                      <w:b/>
                    </w:rPr>
                    <w:t>1</w:t>
                  </w:r>
                  <w:r>
                    <w:rPr>
                      <w:rFonts w:asciiTheme="majorHAnsi" w:hAnsiTheme="majorHAnsi" w:cstheme="majorHAnsi"/>
                      <w:b/>
                    </w:rPr>
                    <w:t>0</w:t>
                  </w:r>
                  <w:r w:rsidRPr="00D97700">
                    <w:rPr>
                      <w:rFonts w:asciiTheme="majorHAnsi" w:hAnsiTheme="majorHAnsi" w:cstheme="majorHAnsi"/>
                      <w:b/>
                    </w:rPr>
                    <w:t>. The recent landscape of RSV vaccine</w:t>
                  </w:r>
                </w:p>
              </w:tc>
            </w:tr>
            <w:tr w:rsidR="00AF64AD" w14:paraId="28B90A1D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2D3EB40" w14:textId="77777777" w:rsidR="00AF64AD" w:rsidRPr="00E53151" w:rsidRDefault="00AF64AD" w:rsidP="00AF64A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6F4C633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1764651A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0187505E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3F22E949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395C65C5" w14:textId="32E0DA62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AF64AD" w14:paraId="0809E066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DC5C251" w14:textId="77777777" w:rsidR="00AF64AD" w:rsidRPr="00E53151" w:rsidRDefault="00AF64AD" w:rsidP="00AF64A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06BC77B8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07497C9A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293DE09C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5DE9125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0673156E" w14:textId="450ECE68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AF64AD" w14:paraId="0FED199C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7DF26ECF" w14:textId="77777777" w:rsidR="00AF64AD" w:rsidRPr="00E53151" w:rsidRDefault="00AF64AD" w:rsidP="00AF64A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5891FF85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74048920" w14:textId="77777777" w:rsidR="00AF64AD" w:rsidRPr="00B527B7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D0D7B78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3946ABB2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6735A44D" w14:textId="7726B990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AF64AD" w14:paraId="3D7755CA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15FC1DE9" w14:textId="77777777" w:rsidR="00AF64AD" w:rsidRPr="00E53151" w:rsidRDefault="00AF64AD" w:rsidP="00AF64A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04143BE1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1749DE1D" w14:textId="77777777" w:rsidR="00AF64AD" w:rsidRPr="00B527B7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07DABAEE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D41FF5F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17EEC139" w14:textId="23A9D2F5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AF64AD" w14:paraId="3BF586E0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2622F50F" w14:textId="77777777" w:rsidR="00AF64AD" w:rsidRPr="00E53151" w:rsidRDefault="00AF64AD" w:rsidP="00AF64A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6200FA6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37052CEB" w14:textId="77777777" w:rsidR="00AF64AD" w:rsidRPr="00B527B7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C991680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78011240" w14:textId="77777777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1A6FA9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5C2614B7" w14:textId="6411379B" w:rsidR="00AF64AD" w:rsidRPr="00426240" w:rsidRDefault="00AF64AD" w:rsidP="00AF64A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4B396C2D" w14:textId="77777777" w:rsidR="00C03DC6" w:rsidRPr="00466907" w:rsidRDefault="00C03DC6" w:rsidP="0020051D"/>
        </w:tc>
      </w:tr>
      <w:tr w:rsidR="002B2E05" w:rsidRPr="00466907" w14:paraId="2B5E8DED" w14:textId="77777777" w:rsidTr="009A2C16">
        <w:tc>
          <w:tcPr>
            <w:tcW w:w="4169" w:type="dxa"/>
          </w:tcPr>
          <w:p w14:paraId="6D85C51C" w14:textId="77777777" w:rsidR="002B2E05" w:rsidRPr="00466907" w:rsidRDefault="002B2E05" w:rsidP="0020051D"/>
        </w:tc>
        <w:tc>
          <w:tcPr>
            <w:tcW w:w="4190" w:type="dxa"/>
          </w:tcPr>
          <w:p w14:paraId="3FE7B67D" w14:textId="77777777" w:rsidR="002B2E05" w:rsidRPr="00466907" w:rsidRDefault="002B2E05" w:rsidP="0020051D"/>
        </w:tc>
      </w:tr>
      <w:tr w:rsidR="009A2C16" w:rsidRPr="000111F0" w14:paraId="32C7C696" w14:textId="77777777" w:rsidTr="009A2C16">
        <w:tc>
          <w:tcPr>
            <w:tcW w:w="4169" w:type="dxa"/>
          </w:tcPr>
          <w:tbl>
            <w:tblPr>
              <w:tblStyle w:val="TableGrid"/>
              <w:tblpPr w:leftFromText="180" w:rightFromText="180" w:vertAnchor="text" w:horzAnchor="margin" w:tblpY="-152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56"/>
              <w:gridCol w:w="715"/>
              <w:gridCol w:w="709"/>
              <w:gridCol w:w="709"/>
              <w:gridCol w:w="708"/>
              <w:gridCol w:w="709"/>
            </w:tblGrid>
            <w:tr w:rsidR="009058CE" w:rsidRPr="00466907" w14:paraId="333223F6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</w:tcPr>
                <w:p w14:paraId="1B8C5B49" w14:textId="77777777" w:rsidR="009058CE" w:rsidRDefault="009058CE" w:rsidP="009058CE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t>8</w:t>
                  </w:r>
                  <w:r w:rsidRPr="00892923">
                    <w:rPr>
                      <w:rFonts w:ascii="Calibri" w:hAnsi="Calibri" w:cs="Calibri"/>
                      <w:b/>
                      <w:bCs/>
                    </w:rPr>
                    <w:t>. POSTMENOPAUSAL BLEEDING</w:t>
                  </w:r>
                </w:p>
                <w:p w14:paraId="1F0F3C41" w14:textId="77777777" w:rsidR="00FC0320" w:rsidRDefault="00FC0320" w:rsidP="009058CE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5FEA1B9C" w14:textId="77777777" w:rsidR="00FC0320" w:rsidRPr="00892923" w:rsidRDefault="00FC0320" w:rsidP="009058CE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  <w:tr w:rsidR="009058CE" w:rsidRPr="00466907" w14:paraId="3B1AB3E1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259A6A9D" w14:textId="77777777" w:rsidR="009058CE" w:rsidRPr="00466907" w:rsidRDefault="009058CE" w:rsidP="009058CE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2FF8BF22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4C95AB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6BAAC0E6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10B73942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601C5CA3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9058CE" w:rsidRPr="00466907" w14:paraId="6F0E9DB5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0A739057" w14:textId="77777777" w:rsidR="009058CE" w:rsidRPr="00466907" w:rsidRDefault="009058CE" w:rsidP="009058CE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0E7505A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A671D1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0D46030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E7AE0F1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1B142650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9058CE" w:rsidRPr="00466907" w14:paraId="46B91471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1EC51002" w14:textId="77777777" w:rsidR="009058CE" w:rsidRPr="00466907" w:rsidRDefault="009058CE" w:rsidP="009058CE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0903DBE5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4179863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83DF0A5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B45CC53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FBC5297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9058CE" w:rsidRPr="00466907" w14:paraId="5AE6BB87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4552059F" w14:textId="77777777" w:rsidR="009058CE" w:rsidRPr="00466907" w:rsidRDefault="009058CE" w:rsidP="009058CE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76AE850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032E07F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5ADB3862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270EF60C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401FA29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  <w:tr w:rsidR="009058CE" w:rsidRPr="00466907" w14:paraId="08F80777" w14:textId="77777777" w:rsidTr="00953698">
              <w:trPr>
                <w:trHeight w:val="264"/>
              </w:trPr>
              <w:tc>
                <w:tcPr>
                  <w:tcW w:w="556" w:type="dxa"/>
                </w:tcPr>
                <w:p w14:paraId="60B51291" w14:textId="77777777" w:rsidR="009058CE" w:rsidRPr="00466907" w:rsidRDefault="009058CE" w:rsidP="009058CE">
                  <w:pPr>
                    <w:rPr>
                      <w:b/>
                      <w:bCs/>
                    </w:rPr>
                  </w:pPr>
                  <w:r w:rsidRPr="00466907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</w:tcBorders>
                </w:tcPr>
                <w:p w14:paraId="1D962D6E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55985E4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67246C1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19114C88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7B1BEF8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color w:val="4F81BD" w:themeColor="accent1"/>
                    </w:rPr>
                  </w:pPr>
                </w:p>
              </w:tc>
            </w:tr>
          </w:tbl>
          <w:p w14:paraId="17343730" w14:textId="0BACD19D" w:rsidR="009058CE" w:rsidRDefault="009058CE" w:rsidP="009058CE">
            <w:pPr>
              <w:tabs>
                <w:tab w:val="left" w:pos="2616"/>
              </w:tabs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90" w:type="dxa"/>
          </w:tcPr>
          <w:tbl>
            <w:tblPr>
              <w:tblStyle w:val="TableGrid"/>
              <w:tblpPr w:leftFromText="180" w:rightFromText="180" w:vertAnchor="text" w:horzAnchor="margin" w:tblpY="-212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585"/>
              <w:gridCol w:w="814"/>
              <w:gridCol w:w="668"/>
              <w:gridCol w:w="668"/>
              <w:gridCol w:w="829"/>
            </w:tblGrid>
            <w:tr w:rsidR="009058CE" w14:paraId="05F32FBE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C0279C4" w14:textId="77777777" w:rsidR="009058CE" w:rsidRPr="00C0326B" w:rsidRDefault="009058CE" w:rsidP="009058CE">
                  <w:pPr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11.</w:t>
                  </w:r>
                  <w:r w:rsidRPr="00C0326B">
                    <w:rPr>
                      <w:rFonts w:asciiTheme="majorHAnsi" w:hAnsiTheme="majorHAnsi" w:cstheme="majorHAnsi"/>
                      <w:b/>
                    </w:rPr>
                    <w:t>Causes of Chronic Obstructive Airways Disease and Their Management</w:t>
                  </w:r>
                </w:p>
                <w:p w14:paraId="16062CD9" w14:textId="77777777" w:rsidR="009058CE" w:rsidRPr="003A11E0" w:rsidRDefault="009058CE" w:rsidP="009058CE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C0326B">
                    <w:rPr>
                      <w:rFonts w:asciiTheme="majorHAnsi" w:hAnsiTheme="majorHAnsi" w:cstheme="majorHAnsi"/>
                      <w:b/>
                    </w:rPr>
                    <w:t>Introduction</w:t>
                  </w:r>
                </w:p>
              </w:tc>
            </w:tr>
            <w:tr w:rsidR="009058CE" w14:paraId="2C58785C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D7B3442" w14:textId="77777777" w:rsidR="009058CE" w:rsidRPr="00E53151" w:rsidRDefault="009058CE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5A90B692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7CB8DCC5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AFA7AAF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64174FF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28324A48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058CE" w14:paraId="47E7EC52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90E30D8" w14:textId="77777777" w:rsidR="009058CE" w:rsidRPr="00E53151" w:rsidRDefault="009058CE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1074BCFE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69830CAD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38A2FB9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4755B51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3E11B20A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058CE" w14:paraId="5FEB644B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2761D298" w14:textId="77777777" w:rsidR="009058CE" w:rsidRPr="00E53151" w:rsidRDefault="009058CE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6ED8CBA9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0E0A0650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31A0DE8A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038625CF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4C65293A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058CE" w14:paraId="32CE6F63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6473835C" w14:textId="77777777" w:rsidR="009058CE" w:rsidRPr="00E53151" w:rsidRDefault="009058CE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3E8352C3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4F0AE3B9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FCF04B9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73F52936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1F3AEE23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058CE" w14:paraId="3CAD1AEF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3493E50F" w14:textId="77777777" w:rsidR="009058CE" w:rsidRPr="00E53151" w:rsidRDefault="009058CE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auto"/>
                  </w:tcBorders>
                </w:tcPr>
                <w:p w14:paraId="28C73DDA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</w:tcBorders>
                </w:tcPr>
                <w:p w14:paraId="7E9CA005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59B3D920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14:paraId="639D7D76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</w:tcBorders>
                </w:tcPr>
                <w:p w14:paraId="2BE2F3BB" w14:textId="77777777" w:rsidR="009058CE" w:rsidRPr="00B527B7" w:rsidRDefault="009058CE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</w:tbl>
          <w:p w14:paraId="4935DF63" w14:textId="77777777" w:rsidR="009A2C16" w:rsidRDefault="009A2C16" w:rsidP="00C0326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2B2E05" w:rsidRPr="000111F0" w14:paraId="0C8A89C9" w14:textId="77777777" w:rsidTr="009A2C16">
        <w:tc>
          <w:tcPr>
            <w:tcW w:w="4169" w:type="dxa"/>
          </w:tcPr>
          <w:p w14:paraId="12EFE91A" w14:textId="77777777" w:rsidR="002B2E05" w:rsidRPr="00466907" w:rsidRDefault="002B2E05" w:rsidP="0020051D"/>
        </w:tc>
        <w:tc>
          <w:tcPr>
            <w:tcW w:w="4190" w:type="dxa"/>
          </w:tcPr>
          <w:p w14:paraId="18CE427F" w14:textId="77777777" w:rsidR="002B2E05" w:rsidRPr="00466907" w:rsidRDefault="002B2E05" w:rsidP="0020051D"/>
        </w:tc>
      </w:tr>
      <w:tr w:rsidR="002B2E05" w14:paraId="1E261F2F" w14:textId="77777777" w:rsidTr="009A2C16">
        <w:tc>
          <w:tcPr>
            <w:tcW w:w="4169" w:type="dxa"/>
          </w:tcPr>
          <w:p w14:paraId="30EFF354" w14:textId="77777777" w:rsidR="00FC0320" w:rsidRDefault="00FC0320"/>
          <w:tbl>
            <w:tblPr>
              <w:tblStyle w:val="TableGrid"/>
              <w:tblpPr w:leftFromText="180" w:rightFromText="180" w:vertAnchor="text" w:horzAnchor="margin" w:tblpY="-168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729"/>
              <w:gridCol w:w="670"/>
              <w:gridCol w:w="748"/>
              <w:gridCol w:w="708"/>
              <w:gridCol w:w="709"/>
            </w:tblGrid>
            <w:tr w:rsidR="000269CF" w:rsidRPr="003A11E0" w14:paraId="78C4BF11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AB9CF4F" w14:textId="77777777" w:rsidR="005F543B" w:rsidRDefault="005F543B" w:rsidP="009058CE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14:paraId="73E61E6E" w14:textId="45530C00" w:rsidR="000269CF" w:rsidRDefault="00AF64AD" w:rsidP="009058CE">
                  <w:pPr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9</w:t>
                  </w:r>
                  <w:r w:rsidR="00263A92" w:rsidRPr="00263A92">
                    <w:rPr>
                      <w:rFonts w:asciiTheme="majorHAnsi" w:hAnsiTheme="majorHAnsi" w:cstheme="majorHAnsi"/>
                      <w:b/>
                    </w:rPr>
                    <w:t>. Pneumococcal Vaccine in Patients with Recurrent Infections</w:t>
                  </w:r>
                </w:p>
                <w:p w14:paraId="00B69D7F" w14:textId="61BEC592" w:rsidR="00FC0320" w:rsidRPr="003A11E0" w:rsidRDefault="00FC0320" w:rsidP="009058CE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  <w:tr w:rsidR="000269CF" w:rsidRPr="00426240" w14:paraId="493D0491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2EE2D648" w14:textId="77777777" w:rsidR="000269CF" w:rsidRPr="00E53151" w:rsidRDefault="000269CF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4F4344C6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62B237BE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6A116FBA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39F82E81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11CCEFA" w14:textId="73EF4F6F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0269CF" w:rsidRPr="00426240" w14:paraId="6AEA8ED5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44E50DE9" w14:textId="77777777" w:rsidR="000269CF" w:rsidRPr="00E53151" w:rsidRDefault="000269CF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225383C8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78F344DA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27A55E0D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E15E022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8442FCC" w14:textId="3EC743B2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0269CF" w:rsidRPr="00426240" w14:paraId="4D4FCB19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4376669B" w14:textId="77777777" w:rsidR="000269CF" w:rsidRPr="00E53151" w:rsidRDefault="000269CF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304B316F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4FB44318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517ECC68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8747FB6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85418FE" w14:textId="7D7CCC91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0269CF" w:rsidRPr="00426240" w14:paraId="423A3B21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092F5D9F" w14:textId="77777777" w:rsidR="000269CF" w:rsidRPr="00E53151" w:rsidRDefault="000269CF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79274093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71E540DC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02F622B3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379DDA5C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DCED125" w14:textId="37C0CCC3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0269CF" w:rsidRPr="00426240" w14:paraId="5A316C12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4EFB2DCA" w14:textId="77777777" w:rsidR="000269CF" w:rsidRPr="00E53151" w:rsidRDefault="000269CF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15187F31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67D44859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55E87E75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53483F92" w14:textId="77777777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15BBA18D" w14:textId="7A7C38DE" w:rsidR="000269CF" w:rsidRPr="00B527B7" w:rsidRDefault="000269CF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58F337ED" w14:textId="77777777" w:rsidR="002B2E05" w:rsidRPr="00466907" w:rsidRDefault="002B2E05" w:rsidP="0020051D"/>
        </w:tc>
        <w:tc>
          <w:tcPr>
            <w:tcW w:w="4190" w:type="dxa"/>
          </w:tcPr>
          <w:tbl>
            <w:tblPr>
              <w:tblStyle w:val="TableGrid"/>
              <w:tblpPr w:leftFromText="180" w:rightFromText="180" w:vertAnchor="text" w:horzAnchor="margin" w:tblpY="83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729"/>
              <w:gridCol w:w="670"/>
              <w:gridCol w:w="748"/>
              <w:gridCol w:w="708"/>
              <w:gridCol w:w="709"/>
            </w:tblGrid>
            <w:tr w:rsidR="009A2C16" w14:paraId="420E8A78" w14:textId="77777777" w:rsidTr="00953698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EAB70AD" w14:textId="0825C676" w:rsidR="009A2C16" w:rsidRPr="00252C2A" w:rsidRDefault="001E1399" w:rsidP="005F543B">
                  <w:pPr>
                    <w:pStyle w:val="Default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BB5BEB">
                    <w:rPr>
                      <w:rFonts w:asciiTheme="majorHAnsi" w:hAnsiTheme="majorHAnsi" w:cstheme="majorHAnsi"/>
                      <w:b/>
                      <w:color w:val="EE0000"/>
                      <w:sz w:val="22"/>
                      <w:szCs w:val="22"/>
                    </w:rPr>
                    <w:t xml:space="preserve">12. </w:t>
                  </w:r>
                  <w:r w:rsidR="005F543B" w:rsidRPr="00BB5BEB">
                    <w:rPr>
                      <w:rFonts w:asciiTheme="majorHAnsi" w:hAnsiTheme="majorHAnsi" w:cstheme="majorHAnsi"/>
                      <w:b/>
                      <w:bCs/>
                      <w:color w:val="EE0000"/>
                      <w:sz w:val="22"/>
                      <w:szCs w:val="22"/>
                    </w:rPr>
                    <w:t>The final report of the Section 59 investigation panel: Will the recommendations be implemented, or will the report just gather dust on the shelf?</w:t>
                  </w:r>
                </w:p>
              </w:tc>
            </w:tr>
            <w:tr w:rsidR="009A2C16" w14:paraId="26FF4DB3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42E2ED8B" w14:textId="77777777" w:rsidR="009A2C16" w:rsidRPr="00E53151" w:rsidRDefault="009A2C16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16BFC012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55382C75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670E6E00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2F9EEC9D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EE80B1D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A2C16" w14:paraId="09E2C327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2B5490BD" w14:textId="77777777" w:rsidR="009A2C16" w:rsidRPr="00E53151" w:rsidRDefault="009A2C16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66416BCA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76D10902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4C538FC1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3CBECD09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ECC97A6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A2C16" w14:paraId="17BD3341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B656EC8" w14:textId="77777777" w:rsidR="009A2C16" w:rsidRPr="00E53151" w:rsidRDefault="009A2C16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5D57D0A9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0CECD3B7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7482D1AB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59B2842E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085CAAE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A2C16" w14:paraId="0BA51227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0640760" w14:textId="77777777" w:rsidR="009A2C16" w:rsidRPr="00E53151" w:rsidRDefault="009A2C16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287BC1A6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2EC0B3A1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31B7F56A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794EB9BF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5C38D736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  <w:tr w:rsidR="009A2C16" w14:paraId="7D79A428" w14:textId="77777777" w:rsidTr="00953698">
              <w:trPr>
                <w:trHeight w:val="264"/>
              </w:trPr>
              <w:tc>
                <w:tcPr>
                  <w:tcW w:w="542" w:type="dxa"/>
                </w:tcPr>
                <w:p w14:paraId="56B62C59" w14:textId="77777777" w:rsidR="009A2C16" w:rsidRPr="00E53151" w:rsidRDefault="009A2C16" w:rsidP="009058CE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25D0256E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3D38B14C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42F67D43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5304637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8025B69" w14:textId="77777777" w:rsidR="009A2C16" w:rsidRPr="00B527B7" w:rsidRDefault="009A2C16" w:rsidP="009058CE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,E)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</w:tr>
          </w:tbl>
          <w:p w14:paraId="05B55B7D" w14:textId="77777777" w:rsidR="002B2E05" w:rsidRPr="00466907" w:rsidRDefault="002B2E05" w:rsidP="0020051D"/>
        </w:tc>
      </w:tr>
    </w:tbl>
    <w:p w14:paraId="08AC4E77" w14:textId="77777777" w:rsidR="00E37427" w:rsidRDefault="00E37427"/>
    <w:p w14:paraId="2B1533E8" w14:textId="77777777" w:rsidR="007360ED" w:rsidRDefault="007360ED" w:rsidP="001D48F8">
      <w:pPr>
        <w:rPr>
          <w:b/>
          <w:bCs/>
        </w:rPr>
      </w:pPr>
    </w:p>
    <w:p w14:paraId="1354B0FD" w14:textId="77777777" w:rsidR="007360ED" w:rsidRDefault="007360ED" w:rsidP="001D48F8">
      <w:pPr>
        <w:rPr>
          <w:b/>
          <w:bCs/>
        </w:rPr>
      </w:pPr>
    </w:p>
    <w:p w14:paraId="06263F04" w14:textId="77777777" w:rsidR="007360ED" w:rsidRDefault="007360ED" w:rsidP="001D48F8">
      <w:pPr>
        <w:rPr>
          <w:b/>
          <w:bCs/>
        </w:rPr>
      </w:pPr>
    </w:p>
    <w:p w14:paraId="7A2DCB40" w14:textId="77777777" w:rsidR="007360ED" w:rsidRDefault="007360ED" w:rsidP="001D48F8">
      <w:pPr>
        <w:rPr>
          <w:b/>
          <w:bCs/>
        </w:rPr>
      </w:pPr>
    </w:p>
    <w:p w14:paraId="7D378167" w14:textId="77777777" w:rsidR="007360ED" w:rsidRDefault="007360ED" w:rsidP="001D48F8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7"/>
        <w:tblW w:w="8359" w:type="dxa"/>
        <w:tblLook w:val="04A0" w:firstRow="1" w:lastRow="0" w:firstColumn="1" w:lastColumn="0" w:noHBand="0" w:noVBand="1"/>
      </w:tblPr>
      <w:tblGrid>
        <w:gridCol w:w="4315"/>
        <w:gridCol w:w="4315"/>
      </w:tblGrid>
      <w:tr w:rsidR="007360ED" w14:paraId="2D05D643" w14:textId="77777777" w:rsidTr="007360ED">
        <w:tc>
          <w:tcPr>
            <w:tcW w:w="4332" w:type="dxa"/>
          </w:tcPr>
          <w:p w14:paraId="3B7ABE70" w14:textId="77777777" w:rsidR="007360ED" w:rsidRDefault="007360ED" w:rsidP="007360ED"/>
          <w:tbl>
            <w:tblPr>
              <w:tblStyle w:val="TableGrid"/>
              <w:tblpPr w:leftFromText="180" w:rightFromText="180" w:vertAnchor="text" w:horzAnchor="margin" w:tblpY="-168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729"/>
              <w:gridCol w:w="670"/>
              <w:gridCol w:w="748"/>
              <w:gridCol w:w="708"/>
              <w:gridCol w:w="709"/>
            </w:tblGrid>
            <w:tr w:rsidR="007360ED" w:rsidRPr="003A11E0" w14:paraId="74AFB66B" w14:textId="77777777" w:rsidTr="0029119C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B7F9847" w14:textId="1EF3EBC3" w:rsidR="007360ED" w:rsidRPr="00E566E0" w:rsidRDefault="007360ED" w:rsidP="007360ED">
                  <w:pPr>
                    <w:pStyle w:val="Heading1"/>
                    <w:rPr>
                      <w:color w:val="EE0000"/>
                      <w:sz w:val="22"/>
                      <w:szCs w:val="22"/>
                    </w:rPr>
                  </w:pPr>
                  <w:r w:rsidRPr="00E566E0">
                    <w:rPr>
                      <w:rFonts w:cstheme="majorHAnsi"/>
                      <w:b w:val="0"/>
                      <w:color w:val="EE0000"/>
                      <w:sz w:val="22"/>
                      <w:szCs w:val="22"/>
                    </w:rPr>
                    <w:t xml:space="preserve">13. </w:t>
                  </w:r>
                  <w:r w:rsidRPr="00E566E0">
                    <w:rPr>
                      <w:color w:val="EE0000"/>
                      <w:sz w:val="22"/>
                      <w:szCs w:val="22"/>
                    </w:rPr>
                    <w:t>Medicolegal Implications of Artificial Intelligence</w:t>
                  </w:r>
                </w:p>
                <w:p w14:paraId="1901CA04" w14:textId="77777777" w:rsidR="007360ED" w:rsidRPr="003A11E0" w:rsidRDefault="007360ED" w:rsidP="007360E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  <w:tr w:rsidR="007360ED" w:rsidRPr="00426240" w14:paraId="098774F2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13F62534" w14:textId="200784DE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64FDF8F5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7E44AA43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2B44D5AF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AC6727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A221B8A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06F6F81A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2C9E2C7A" w14:textId="77777777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4B1CFF83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32833176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6E0D52C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102DB779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4E45754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0E7897A3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B98B4F8" w14:textId="77777777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3C63586C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4A440844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2EFDFB29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6099214B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6D9F2C6F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26B372B6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35DFEB0" w14:textId="77777777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080081CE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1680637A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5674F62B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6014A7F6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137C6821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247F93AD" w14:textId="77777777" w:rsidTr="007360ED">
              <w:trPr>
                <w:trHeight w:val="264"/>
              </w:trPr>
              <w:tc>
                <w:tcPr>
                  <w:tcW w:w="542" w:type="dxa"/>
                </w:tcPr>
                <w:p w14:paraId="4D4476D9" w14:textId="77777777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 w:rsidRPr="00E53151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904EA7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26451D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3671AE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B3FBB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CBD38D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428A85FF" w14:textId="77777777" w:rsidTr="004A7160">
              <w:trPr>
                <w:trHeight w:val="264"/>
              </w:trPr>
              <w:tc>
                <w:tcPr>
                  <w:tcW w:w="542" w:type="dxa"/>
                </w:tcPr>
                <w:p w14:paraId="0EA8D638" w14:textId="558C15CA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2EE819" w14:textId="4C32A0E9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8B0B67" w14:textId="4D53DF63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41663B" w14:textId="25ADC384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FBA9EC" w14:textId="16325DAC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DB276F5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25552D27" w14:textId="77777777" w:rsidTr="00882907">
              <w:trPr>
                <w:trHeight w:val="264"/>
              </w:trPr>
              <w:tc>
                <w:tcPr>
                  <w:tcW w:w="542" w:type="dxa"/>
                </w:tcPr>
                <w:p w14:paraId="3D8C45BC" w14:textId="7A2CCF5B" w:rsidR="007360ED" w:rsidRPr="00E53151" w:rsidRDefault="007360ED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5C0E72" w14:textId="43F32F50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A2FA63" w14:textId="636AFAC2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6C9309" w14:textId="1A22D77E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E51AFD6" w14:textId="45B1CFA5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D39057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882907" w:rsidRPr="00426240" w14:paraId="76550189" w14:textId="77777777" w:rsidTr="005F374A">
              <w:trPr>
                <w:trHeight w:val="264"/>
              </w:trPr>
              <w:tc>
                <w:tcPr>
                  <w:tcW w:w="542" w:type="dxa"/>
                </w:tcPr>
                <w:p w14:paraId="57BFFF6F" w14:textId="70933AB6" w:rsidR="00882907" w:rsidRDefault="00882907" w:rsidP="008829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B71D5D" w14:textId="44072814" w:rsidR="00882907" w:rsidRPr="00B527B7" w:rsidRDefault="00882907" w:rsidP="008829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EE6309" w14:textId="619955DD" w:rsidR="00882907" w:rsidRPr="00B527B7" w:rsidRDefault="00882907" w:rsidP="008829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5A199F" w14:textId="527FEDE1" w:rsidR="00882907" w:rsidRPr="00B527B7" w:rsidRDefault="00882907" w:rsidP="008829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95E24C" w14:textId="10D5AE7A" w:rsidR="00882907" w:rsidRPr="00B527B7" w:rsidRDefault="00882907" w:rsidP="008829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61748E9" w14:textId="77777777" w:rsidR="00882907" w:rsidRPr="00B527B7" w:rsidRDefault="00882907" w:rsidP="00882907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4D512A50" w14:textId="77777777" w:rsidR="007360ED" w:rsidRPr="00466907" w:rsidRDefault="007360ED" w:rsidP="007360ED"/>
        </w:tc>
        <w:tc>
          <w:tcPr>
            <w:tcW w:w="4027" w:type="dxa"/>
          </w:tcPr>
          <w:p w14:paraId="3A7942E6" w14:textId="77777777" w:rsidR="007360ED" w:rsidRDefault="007360ED" w:rsidP="007360ED"/>
          <w:tbl>
            <w:tblPr>
              <w:tblStyle w:val="TableGrid"/>
              <w:tblpPr w:leftFromText="180" w:rightFromText="180" w:vertAnchor="text" w:horzAnchor="margin" w:tblpY="-168"/>
              <w:tblOverlap w:val="never"/>
              <w:tblW w:w="4106" w:type="dxa"/>
              <w:tblLook w:val="04A0" w:firstRow="1" w:lastRow="0" w:firstColumn="1" w:lastColumn="0" w:noHBand="0" w:noVBand="1"/>
            </w:tblPr>
            <w:tblGrid>
              <w:gridCol w:w="542"/>
              <w:gridCol w:w="729"/>
              <w:gridCol w:w="670"/>
              <w:gridCol w:w="748"/>
              <w:gridCol w:w="708"/>
              <w:gridCol w:w="709"/>
            </w:tblGrid>
            <w:tr w:rsidR="007360ED" w:rsidRPr="003A11E0" w14:paraId="6354AC1F" w14:textId="77777777" w:rsidTr="0029119C">
              <w:trPr>
                <w:trHeight w:val="249"/>
              </w:trPr>
              <w:tc>
                <w:tcPr>
                  <w:tcW w:w="410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084493" w14:textId="5F23AD74" w:rsidR="007360ED" w:rsidRPr="00E566E0" w:rsidRDefault="007360ED" w:rsidP="007360ED">
                  <w:pPr>
                    <w:pStyle w:val="Heading1"/>
                    <w:rPr>
                      <w:color w:val="EE0000"/>
                      <w:sz w:val="22"/>
                      <w:szCs w:val="22"/>
                    </w:rPr>
                  </w:pPr>
                  <w:r w:rsidRPr="00E566E0">
                    <w:rPr>
                      <w:rFonts w:cstheme="majorHAnsi"/>
                      <w:b w:val="0"/>
                      <w:color w:val="EE0000"/>
                      <w:sz w:val="22"/>
                      <w:szCs w:val="22"/>
                    </w:rPr>
                    <w:t xml:space="preserve">13. </w:t>
                  </w:r>
                  <w:r w:rsidRPr="00E566E0">
                    <w:rPr>
                      <w:color w:val="EE0000"/>
                      <w:sz w:val="22"/>
                      <w:szCs w:val="22"/>
                    </w:rPr>
                    <w:t>Medicolegal Implications of Artificial Intelligence continue…</w:t>
                  </w:r>
                </w:p>
                <w:p w14:paraId="2D3B9F22" w14:textId="77777777" w:rsidR="007360ED" w:rsidRPr="003A11E0" w:rsidRDefault="007360ED" w:rsidP="007360E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  <w:tr w:rsidR="007360ED" w:rsidRPr="00426240" w14:paraId="1AE484BC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25C1A1F" w14:textId="4B197B1C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6262F093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08B42507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01FD270F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67D00FB0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33F6B75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571B4676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BC4EB00" w14:textId="7DB048EE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5C783C8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0BB63B7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69132D53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1FBEA9BD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7082704E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42BF5DA4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C6B0CE2" w14:textId="3ED3A7C3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41DA2925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6969519F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086D312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600390B0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03D2A2E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5A7308D9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4278367E" w14:textId="3EF5EAA3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</w:tcBorders>
                </w:tcPr>
                <w:p w14:paraId="18CF586B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</w:tcBorders>
                </w:tcPr>
                <w:p w14:paraId="657FAFC6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</w:tcBorders>
                </w:tcPr>
                <w:p w14:paraId="6E8733E4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53DEA06C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1EBD2CF9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65234EDC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0A27561C" w14:textId="28923C87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13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1F2B84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D53B66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5486BB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C1832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D088F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0EE4B2DA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169533AD" w14:textId="25E0078B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EC40F2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848099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462AA6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DEFD91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FB286A8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  <w:tr w:rsidR="007360ED" w:rsidRPr="00426240" w14:paraId="4C2B1A4B" w14:textId="77777777" w:rsidTr="0029119C">
              <w:trPr>
                <w:trHeight w:val="264"/>
              </w:trPr>
              <w:tc>
                <w:tcPr>
                  <w:tcW w:w="542" w:type="dxa"/>
                </w:tcPr>
                <w:p w14:paraId="76AE042C" w14:textId="2E5D9681" w:rsidR="007360ED" w:rsidRPr="00E53151" w:rsidRDefault="00882907" w:rsidP="007360E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E307EB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,A)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B386A1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,B)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40BA8A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,C)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440F0E9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begin"/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  <w:lang w:eastAsia="ja-JP"/>
                    </w:rPr>
                    <w:instrText xml:space="preserve"> 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eq \o\ac(</w:instrText>
                  </w:r>
                  <w:r w:rsidRPr="00B527B7">
                    <w:rPr>
                      <w:rFonts w:ascii="MS Mincho" w:hAnsiTheme="majorHAnsi" w:cstheme="majorHAnsi" w:hint="eastAsia"/>
                      <w:bCs/>
                      <w:color w:val="4F81BD" w:themeColor="accent1"/>
                      <w:position w:val="-4"/>
                      <w:sz w:val="33"/>
                      <w:lang w:eastAsia="ja-JP"/>
                    </w:rPr>
                    <w:instrText>○</w:instrText>
                  </w:r>
                  <w:r w:rsidRPr="00B527B7">
                    <w:rPr>
                      <w:rFonts w:asciiTheme="majorHAnsi" w:hAnsiTheme="majorHAnsi" w:cstheme="majorHAnsi" w:hint="eastAsia"/>
                      <w:bCs/>
                      <w:color w:val="4F81BD" w:themeColor="accent1"/>
                      <w:lang w:eastAsia="ja-JP"/>
                    </w:rPr>
                    <w:instrText>,D)</w:instrText>
                  </w:r>
                  <w:r w:rsidRPr="00B527B7"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2A66FE00" w14:textId="77777777" w:rsidR="007360ED" w:rsidRPr="00B527B7" w:rsidRDefault="007360ED" w:rsidP="007360ED">
                  <w:pPr>
                    <w:jc w:val="center"/>
                    <w:rPr>
                      <w:rFonts w:asciiTheme="majorHAnsi" w:hAnsiTheme="majorHAnsi" w:cstheme="majorHAnsi"/>
                      <w:bCs/>
                      <w:color w:val="4F81BD" w:themeColor="accent1"/>
                    </w:rPr>
                  </w:pPr>
                </w:p>
              </w:tc>
            </w:tr>
          </w:tbl>
          <w:p w14:paraId="29FEBF83" w14:textId="77777777" w:rsidR="007360ED" w:rsidRPr="00466907" w:rsidRDefault="007360ED" w:rsidP="007360ED"/>
        </w:tc>
      </w:tr>
    </w:tbl>
    <w:p w14:paraId="53F9A1BA" w14:textId="77777777" w:rsidR="007360ED" w:rsidRDefault="007360ED" w:rsidP="007360ED"/>
    <w:p w14:paraId="7AFE7CC5" w14:textId="77777777" w:rsidR="007360ED" w:rsidRDefault="007360ED" w:rsidP="001D48F8">
      <w:pPr>
        <w:rPr>
          <w:b/>
          <w:bCs/>
        </w:rPr>
      </w:pPr>
    </w:p>
    <w:p w14:paraId="727E89BC" w14:textId="35D1FB27" w:rsidR="001D48F8" w:rsidRPr="00953698" w:rsidRDefault="00953698" w:rsidP="001D48F8">
      <w:pPr>
        <w:rPr>
          <w:b/>
          <w:bCs/>
        </w:rPr>
      </w:pPr>
      <w:r w:rsidRPr="00953698">
        <w:rPr>
          <w:b/>
          <w:bCs/>
        </w:rPr>
        <w:t>Total</w:t>
      </w:r>
      <w:r w:rsidR="0028403F">
        <w:rPr>
          <w:b/>
          <w:bCs/>
        </w:rPr>
        <w:t xml:space="preserve"> Score</w:t>
      </w:r>
      <w:r w:rsidRPr="00953698">
        <w:rPr>
          <w:b/>
          <w:bCs/>
        </w:rPr>
        <w:t>:</w:t>
      </w:r>
    </w:p>
    <w:p w14:paraId="2DAFBB0D" w14:textId="21E609A8" w:rsidR="00953698" w:rsidRPr="00953698" w:rsidRDefault="00953698" w:rsidP="001D48F8">
      <w:pPr>
        <w:rPr>
          <w:b/>
          <w:bCs/>
        </w:rPr>
      </w:pPr>
      <w:r w:rsidRPr="00953698">
        <w:rPr>
          <w:b/>
          <w:bCs/>
        </w:rPr>
        <w:t xml:space="preserve">Qualicare Consultant: </w:t>
      </w:r>
    </w:p>
    <w:p w14:paraId="1AA8E971" w14:textId="77777777" w:rsidR="001D48F8" w:rsidRPr="001D48F8" w:rsidRDefault="001D48F8" w:rsidP="001D48F8"/>
    <w:p w14:paraId="4BCFD6C3" w14:textId="77777777" w:rsidR="001D48F8" w:rsidRPr="001D48F8" w:rsidRDefault="001D48F8" w:rsidP="001D48F8"/>
    <w:sectPr w:rsidR="001D48F8" w:rsidRPr="001D48F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32F7" w14:textId="77777777" w:rsidR="00EB5226" w:rsidRDefault="00EB5226" w:rsidP="001D48F8">
      <w:pPr>
        <w:spacing w:after="0" w:line="240" w:lineRule="auto"/>
      </w:pPr>
      <w:r>
        <w:separator/>
      </w:r>
    </w:p>
  </w:endnote>
  <w:endnote w:type="continuationSeparator" w:id="0">
    <w:p w14:paraId="66CDD2DD" w14:textId="77777777" w:rsidR="00EB5226" w:rsidRDefault="00EB5226" w:rsidP="001D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F736" w14:textId="77777777" w:rsidR="005859A2" w:rsidRDefault="00585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4EBE7" w14:textId="77777777" w:rsidR="005859A2" w:rsidRDefault="00585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A11E" w14:textId="77777777" w:rsidR="005859A2" w:rsidRDefault="00585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BE2D" w14:textId="77777777" w:rsidR="00EB5226" w:rsidRDefault="00EB5226" w:rsidP="001D48F8">
      <w:pPr>
        <w:spacing w:after="0" w:line="240" w:lineRule="auto"/>
      </w:pPr>
      <w:r>
        <w:separator/>
      </w:r>
    </w:p>
  </w:footnote>
  <w:footnote w:type="continuationSeparator" w:id="0">
    <w:p w14:paraId="27133EA3" w14:textId="77777777" w:rsidR="00EB5226" w:rsidRDefault="00EB5226" w:rsidP="001D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5BA5" w14:textId="77777777" w:rsidR="005859A2" w:rsidRDefault="00585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50D4" w14:textId="77777777" w:rsidR="001D48F8" w:rsidRDefault="001D48F8" w:rsidP="001D48F8">
    <w:pPr>
      <w:spacing w:after="0" w:line="240" w:lineRule="auto"/>
      <w:jc w:val="center"/>
      <w:rPr>
        <w:b/>
        <w:bCs/>
        <w:sz w:val="26"/>
        <w:szCs w:val="26"/>
      </w:rPr>
    </w:pPr>
    <w:r w:rsidRPr="009344FE">
      <w:rPr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74512009" wp14:editId="53BD6D51">
          <wp:simplePos x="0" y="0"/>
          <wp:positionH relativeFrom="margin">
            <wp:posOffset>1762125</wp:posOffset>
          </wp:positionH>
          <wp:positionV relativeFrom="paragraph">
            <wp:posOffset>-304800</wp:posOffset>
          </wp:positionV>
          <wp:extent cx="1959430" cy="476250"/>
          <wp:effectExtent l="0" t="0" r="3175" b="0"/>
          <wp:wrapNone/>
          <wp:docPr id="13" name="Picture 1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43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44FE">
      <w:rPr>
        <w:b/>
        <w:bCs/>
        <w:sz w:val="26"/>
        <w:szCs w:val="26"/>
      </w:rPr>
      <w:t>C</w:t>
    </w:r>
    <w:r>
      <w:rPr>
        <w:b/>
        <w:bCs/>
        <w:sz w:val="26"/>
        <w:szCs w:val="26"/>
      </w:rPr>
      <w:t xml:space="preserve">     </w:t>
    </w:r>
  </w:p>
  <w:p w14:paraId="01DF1A19" w14:textId="2438CDED" w:rsidR="001D48F8" w:rsidRPr="009344FE" w:rsidRDefault="001D48F8" w:rsidP="001D48F8">
    <w:pPr>
      <w:spacing w:after="0" w:line="240" w:lineRule="auto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C</w:t>
    </w:r>
    <w:r w:rsidRPr="009344FE">
      <w:rPr>
        <w:b/>
        <w:bCs/>
        <w:sz w:val="26"/>
        <w:szCs w:val="26"/>
      </w:rPr>
      <w:t xml:space="preserve">PC/QUALICARE </w:t>
    </w:r>
    <w:r>
      <w:rPr>
        <w:b/>
        <w:bCs/>
        <w:sz w:val="26"/>
        <w:szCs w:val="26"/>
      </w:rPr>
      <w:t xml:space="preserve">CT </w:t>
    </w:r>
    <w:r w:rsidRPr="009344FE">
      <w:rPr>
        <w:b/>
        <w:bCs/>
        <w:sz w:val="26"/>
        <w:szCs w:val="26"/>
      </w:rPr>
      <w:t xml:space="preserve">OPEN DAY </w:t>
    </w:r>
    <w:r w:rsidR="005B0FCF">
      <w:rPr>
        <w:b/>
        <w:bCs/>
        <w:sz w:val="26"/>
        <w:szCs w:val="26"/>
      </w:rPr>
      <w:t>6 June 2026</w:t>
    </w:r>
  </w:p>
  <w:p w14:paraId="44F20D04" w14:textId="14EA3656" w:rsidR="001D48F8" w:rsidRDefault="001D48F8" w:rsidP="001D48F8">
    <w:pPr>
      <w:pStyle w:val="Header"/>
      <w:jc w:val="center"/>
      <w:rPr>
        <w:b/>
        <w:bCs/>
        <w:sz w:val="28"/>
        <w:szCs w:val="28"/>
      </w:rPr>
    </w:pPr>
    <w:r w:rsidRPr="009344FE">
      <w:rPr>
        <w:b/>
        <w:bCs/>
        <w:sz w:val="26"/>
        <w:szCs w:val="26"/>
      </w:rPr>
      <w:t>RELATED READING ANSWER SHEET</w:t>
    </w:r>
  </w:p>
  <w:p w14:paraId="20B839C6" w14:textId="77777777" w:rsidR="001D48F8" w:rsidRDefault="001D48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5FD1" w14:textId="77777777" w:rsidR="005859A2" w:rsidRDefault="00585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B619B4"/>
    <w:multiLevelType w:val="hybridMultilevel"/>
    <w:tmpl w:val="A25ADF2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C699E"/>
    <w:multiLevelType w:val="multilevel"/>
    <w:tmpl w:val="2E8AD6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110588584">
    <w:abstractNumId w:val="8"/>
  </w:num>
  <w:num w:numId="2" w16cid:durableId="2031835259">
    <w:abstractNumId w:val="6"/>
  </w:num>
  <w:num w:numId="3" w16cid:durableId="1184593448">
    <w:abstractNumId w:val="5"/>
  </w:num>
  <w:num w:numId="4" w16cid:durableId="18051903">
    <w:abstractNumId w:val="4"/>
  </w:num>
  <w:num w:numId="5" w16cid:durableId="989745055">
    <w:abstractNumId w:val="7"/>
  </w:num>
  <w:num w:numId="6" w16cid:durableId="1133133682">
    <w:abstractNumId w:val="3"/>
  </w:num>
  <w:num w:numId="7" w16cid:durableId="814563216">
    <w:abstractNumId w:val="2"/>
  </w:num>
  <w:num w:numId="8" w16cid:durableId="1671593694">
    <w:abstractNumId w:val="1"/>
  </w:num>
  <w:num w:numId="9" w16cid:durableId="997267960">
    <w:abstractNumId w:val="0"/>
  </w:num>
  <w:num w:numId="10" w16cid:durableId="1881671198">
    <w:abstractNumId w:val="9"/>
  </w:num>
  <w:num w:numId="11" w16cid:durableId="697120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1F0"/>
    <w:rsid w:val="000228AC"/>
    <w:rsid w:val="000269CF"/>
    <w:rsid w:val="00032AA4"/>
    <w:rsid w:val="00034616"/>
    <w:rsid w:val="0006063C"/>
    <w:rsid w:val="00066749"/>
    <w:rsid w:val="000722F3"/>
    <w:rsid w:val="000767E0"/>
    <w:rsid w:val="000A1ECF"/>
    <w:rsid w:val="000B128D"/>
    <w:rsid w:val="000D69F9"/>
    <w:rsid w:val="000D6EDB"/>
    <w:rsid w:val="000E2345"/>
    <w:rsid w:val="000F16AC"/>
    <w:rsid w:val="0015074B"/>
    <w:rsid w:val="001515AC"/>
    <w:rsid w:val="00153C5C"/>
    <w:rsid w:val="001546F6"/>
    <w:rsid w:val="0016196D"/>
    <w:rsid w:val="001773C9"/>
    <w:rsid w:val="001A6FA9"/>
    <w:rsid w:val="001B274D"/>
    <w:rsid w:val="001C7F00"/>
    <w:rsid w:val="001D48F8"/>
    <w:rsid w:val="001E1399"/>
    <w:rsid w:val="001E33AA"/>
    <w:rsid w:val="001F1180"/>
    <w:rsid w:val="0020051D"/>
    <w:rsid w:val="00232785"/>
    <w:rsid w:val="00252C2A"/>
    <w:rsid w:val="00263A92"/>
    <w:rsid w:val="00275CDF"/>
    <w:rsid w:val="00277954"/>
    <w:rsid w:val="002820C5"/>
    <w:rsid w:val="0028403F"/>
    <w:rsid w:val="00293779"/>
    <w:rsid w:val="0029639D"/>
    <w:rsid w:val="002B07AA"/>
    <w:rsid w:val="002B2E05"/>
    <w:rsid w:val="002C0789"/>
    <w:rsid w:val="002D5CDE"/>
    <w:rsid w:val="002E0E2E"/>
    <w:rsid w:val="003108D1"/>
    <w:rsid w:val="00312A24"/>
    <w:rsid w:val="00326F90"/>
    <w:rsid w:val="00337669"/>
    <w:rsid w:val="003A11E0"/>
    <w:rsid w:val="004014B9"/>
    <w:rsid w:val="00401709"/>
    <w:rsid w:val="00402359"/>
    <w:rsid w:val="00426240"/>
    <w:rsid w:val="00460DE4"/>
    <w:rsid w:val="00466907"/>
    <w:rsid w:val="00485B9C"/>
    <w:rsid w:val="004A6CDC"/>
    <w:rsid w:val="004B3752"/>
    <w:rsid w:val="004E298F"/>
    <w:rsid w:val="004E65EA"/>
    <w:rsid w:val="00506F52"/>
    <w:rsid w:val="00543A04"/>
    <w:rsid w:val="00551E75"/>
    <w:rsid w:val="0056195B"/>
    <w:rsid w:val="00567507"/>
    <w:rsid w:val="00570961"/>
    <w:rsid w:val="00573042"/>
    <w:rsid w:val="005859A2"/>
    <w:rsid w:val="005A24E0"/>
    <w:rsid w:val="005B0FCF"/>
    <w:rsid w:val="005B4E95"/>
    <w:rsid w:val="005D5BC8"/>
    <w:rsid w:val="005F543B"/>
    <w:rsid w:val="00603795"/>
    <w:rsid w:val="00632FD8"/>
    <w:rsid w:val="006636E9"/>
    <w:rsid w:val="006B663F"/>
    <w:rsid w:val="00734DCB"/>
    <w:rsid w:val="00735E30"/>
    <w:rsid w:val="007360ED"/>
    <w:rsid w:val="00745F67"/>
    <w:rsid w:val="007511DD"/>
    <w:rsid w:val="0076717D"/>
    <w:rsid w:val="007E171C"/>
    <w:rsid w:val="007E5589"/>
    <w:rsid w:val="00806F4A"/>
    <w:rsid w:val="00882907"/>
    <w:rsid w:val="00892923"/>
    <w:rsid w:val="008A5A5C"/>
    <w:rsid w:val="009058CE"/>
    <w:rsid w:val="00906738"/>
    <w:rsid w:val="00953698"/>
    <w:rsid w:val="00976167"/>
    <w:rsid w:val="0098035F"/>
    <w:rsid w:val="00987937"/>
    <w:rsid w:val="00991261"/>
    <w:rsid w:val="009A00ED"/>
    <w:rsid w:val="009A2C16"/>
    <w:rsid w:val="00A341CC"/>
    <w:rsid w:val="00A359BB"/>
    <w:rsid w:val="00A3696B"/>
    <w:rsid w:val="00A47209"/>
    <w:rsid w:val="00A71F2A"/>
    <w:rsid w:val="00A74FB3"/>
    <w:rsid w:val="00A85C52"/>
    <w:rsid w:val="00A9341D"/>
    <w:rsid w:val="00A97DAD"/>
    <w:rsid w:val="00AA0BA3"/>
    <w:rsid w:val="00AA1D8D"/>
    <w:rsid w:val="00AE60AA"/>
    <w:rsid w:val="00AF64AD"/>
    <w:rsid w:val="00B47730"/>
    <w:rsid w:val="00B50B58"/>
    <w:rsid w:val="00B527B7"/>
    <w:rsid w:val="00B55BDA"/>
    <w:rsid w:val="00B626C3"/>
    <w:rsid w:val="00B648EC"/>
    <w:rsid w:val="00BB5BEB"/>
    <w:rsid w:val="00BC351F"/>
    <w:rsid w:val="00BD7A31"/>
    <w:rsid w:val="00C014AD"/>
    <w:rsid w:val="00C0326B"/>
    <w:rsid w:val="00C03DC6"/>
    <w:rsid w:val="00C32FF2"/>
    <w:rsid w:val="00C36073"/>
    <w:rsid w:val="00C56416"/>
    <w:rsid w:val="00C63413"/>
    <w:rsid w:val="00C7723A"/>
    <w:rsid w:val="00C96CBF"/>
    <w:rsid w:val="00CA3D6F"/>
    <w:rsid w:val="00CA6EC2"/>
    <w:rsid w:val="00CB0664"/>
    <w:rsid w:val="00CB1701"/>
    <w:rsid w:val="00CC7BBF"/>
    <w:rsid w:val="00CE68A0"/>
    <w:rsid w:val="00D07C38"/>
    <w:rsid w:val="00D07E4B"/>
    <w:rsid w:val="00D23A54"/>
    <w:rsid w:val="00D478AB"/>
    <w:rsid w:val="00D76007"/>
    <w:rsid w:val="00D824A2"/>
    <w:rsid w:val="00D828DD"/>
    <w:rsid w:val="00D97700"/>
    <w:rsid w:val="00E37427"/>
    <w:rsid w:val="00E468CE"/>
    <w:rsid w:val="00E53151"/>
    <w:rsid w:val="00E536AB"/>
    <w:rsid w:val="00E566E0"/>
    <w:rsid w:val="00E638E7"/>
    <w:rsid w:val="00E76AC6"/>
    <w:rsid w:val="00E839D0"/>
    <w:rsid w:val="00E907AB"/>
    <w:rsid w:val="00EA462B"/>
    <w:rsid w:val="00EA539A"/>
    <w:rsid w:val="00EB5226"/>
    <w:rsid w:val="00EC79E1"/>
    <w:rsid w:val="00ED6124"/>
    <w:rsid w:val="00EE522E"/>
    <w:rsid w:val="00F00621"/>
    <w:rsid w:val="00F06213"/>
    <w:rsid w:val="00F17012"/>
    <w:rsid w:val="00F2560A"/>
    <w:rsid w:val="00F262B5"/>
    <w:rsid w:val="00F7067E"/>
    <w:rsid w:val="00F80B96"/>
    <w:rsid w:val="00FA38A0"/>
    <w:rsid w:val="00FC0320"/>
    <w:rsid w:val="00FC693F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36728"/>
  <w14:defaultImageDpi w14:val="300"/>
  <w15:docId w15:val="{85506693-0608-431B-8394-4CFD0F6D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5F543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Louna Piso</cp:lastModifiedBy>
  <cp:revision>5</cp:revision>
  <dcterms:created xsi:type="dcterms:W3CDTF">2026-08-04T07:46:00Z</dcterms:created>
  <dcterms:modified xsi:type="dcterms:W3CDTF">2026-08-04T08:12:00Z</dcterms:modified>
  <cp:category/>
</cp:coreProperties>
</file>